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54985" w14:textId="77777777" w:rsidR="006C0B0B" w:rsidRPr="006C0B0B" w:rsidRDefault="006C0B0B">
      <w:pPr>
        <w:rPr>
          <w:rFonts w:ascii="Times New Roman" w:hAnsi="Times New Roman" w:cs="Times New Roman"/>
          <w:sz w:val="24"/>
          <w:szCs w:val="24"/>
        </w:rPr>
      </w:pPr>
      <w:r w:rsidRPr="006C0B0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ED36ABE" wp14:editId="1FB2D64A">
            <wp:extent cx="3085106" cy="1024081"/>
            <wp:effectExtent l="0" t="0" r="1270" b="5080"/>
            <wp:docPr id="1" name="Picture 1" descr="C:\Users\NjomzaH\Desktop\KONKURSET 2025\Logo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jomzaH\Desktop\KONKURSET 2025\Logo_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227" b="23004"/>
                    <a:stretch/>
                  </pic:blipFill>
                  <pic:spPr bwMode="auto">
                    <a:xfrm>
                      <a:off x="0" y="0"/>
                      <a:ext cx="3335563" cy="1107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622A8A" w14:textId="412D29AD" w:rsidR="006C0B0B" w:rsidRPr="006C0B0B" w:rsidRDefault="006C0B0B" w:rsidP="006C0B0B">
      <w:pPr>
        <w:jc w:val="both"/>
        <w:rPr>
          <w:rFonts w:ascii="Times New Roman" w:eastAsia="Times New Roman" w:hAnsi="Times New Roman" w:cs="Times New Roman"/>
          <w:sz w:val="24"/>
          <w:szCs w:val="24"/>
          <w:lang w:val="sq-AL"/>
        </w:rPr>
      </w:pPr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Na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osnovu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Zakona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br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. 03/L-087 o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Javnim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Preduzećima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Zakona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br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. 03/L-212 o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Radu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konkretno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član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8,</w:t>
      </w:r>
      <w:r w:rsidR="00761B67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na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osnovu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Pravilnika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br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. 01/2024 o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kriterijumima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procedurama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zapošljavanja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u </w:t>
      </w:r>
      <w:r w:rsidR="00761B67">
        <w:rPr>
          <w:rFonts w:ascii="Times New Roman" w:eastAsia="Times New Roman" w:hAnsi="Times New Roman" w:cs="Times New Roman"/>
          <w:sz w:val="24"/>
          <w:szCs w:val="24"/>
          <w:lang w:val="sq-AL"/>
        </w:rPr>
        <w:t>KMDK</w:t>
      </w:r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r w:rsidR="00761B67">
        <w:rPr>
          <w:rFonts w:ascii="Times New Roman" w:eastAsia="Times New Roman" w:hAnsi="Times New Roman" w:cs="Times New Roman"/>
          <w:sz w:val="24"/>
          <w:szCs w:val="24"/>
          <w:lang w:val="sq-AL"/>
        </w:rPr>
        <w:t>A.D.</w:t>
      </w:r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,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Pravilnika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br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. 02/2025 o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unutrašnjoj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organizaciji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platama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beneficijama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dodacima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u </w:t>
      </w:r>
      <w:r w:rsidR="00761B67">
        <w:rPr>
          <w:rFonts w:ascii="Times New Roman" w:eastAsia="Times New Roman" w:hAnsi="Times New Roman" w:cs="Times New Roman"/>
          <w:sz w:val="24"/>
          <w:szCs w:val="24"/>
          <w:lang w:val="sq-AL"/>
        </w:rPr>
        <w:t>KMDK</w:t>
      </w:r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="00761B67">
        <w:rPr>
          <w:rFonts w:ascii="Times New Roman" w:eastAsia="Times New Roman" w:hAnsi="Times New Roman" w:cs="Times New Roman"/>
          <w:sz w:val="24"/>
          <w:szCs w:val="24"/>
          <w:lang w:val="sq-AL"/>
        </w:rPr>
        <w:t>A.D.</w:t>
      </w:r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,na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osnovu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Odluke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Generalnog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direktora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r w:rsidR="00761B67">
        <w:rPr>
          <w:rFonts w:ascii="Times New Roman" w:eastAsia="Times New Roman" w:hAnsi="Times New Roman" w:cs="Times New Roman"/>
          <w:sz w:val="24"/>
          <w:szCs w:val="24"/>
          <w:lang w:val="sq-AL"/>
        </w:rPr>
        <w:t>KMDK</w:t>
      </w:r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r w:rsidR="00761B67">
        <w:rPr>
          <w:rFonts w:ascii="Times New Roman" w:eastAsia="Times New Roman" w:hAnsi="Times New Roman" w:cs="Times New Roman"/>
          <w:sz w:val="24"/>
          <w:szCs w:val="24"/>
          <w:lang w:val="sq-AL"/>
        </w:rPr>
        <w:t>A.D.</w:t>
      </w:r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br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. </w:t>
      </w:r>
      <w:r w:rsidR="00C15627" w:rsidRPr="002B749D">
        <w:rPr>
          <w:rFonts w:ascii="Times New Roman" w:hAnsi="Times New Roman" w:cs="Times New Roman"/>
          <w:color w:val="000000" w:themeColor="text1"/>
        </w:rPr>
        <w:t>7</w:t>
      </w:r>
      <w:r w:rsidR="00446EF7">
        <w:rPr>
          <w:rFonts w:ascii="Times New Roman" w:hAnsi="Times New Roman" w:cs="Times New Roman"/>
          <w:color w:val="000000" w:themeColor="text1"/>
        </w:rPr>
        <w:t>69</w:t>
      </w:r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/2025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od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r w:rsidR="00D013C4">
        <w:rPr>
          <w:rFonts w:ascii="Times New Roman" w:eastAsia="Times New Roman" w:hAnsi="Times New Roman" w:cs="Times New Roman"/>
          <w:sz w:val="24"/>
          <w:szCs w:val="24"/>
          <w:lang w:val="sq-AL"/>
        </w:rPr>
        <w:t>02.12</w:t>
      </w:r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.2025, s</w:t>
      </w:r>
      <w:r w:rsidR="006B7079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a </w:t>
      </w:r>
      <w:proofErr w:type="spellStart"/>
      <w:r w:rsidR="006B7079">
        <w:rPr>
          <w:rFonts w:ascii="Times New Roman" w:eastAsia="Times New Roman" w:hAnsi="Times New Roman" w:cs="Times New Roman"/>
          <w:sz w:val="24"/>
          <w:szCs w:val="24"/>
          <w:lang w:val="sq-AL"/>
        </w:rPr>
        <w:t>protokolarnim</w:t>
      </w:r>
      <w:proofErr w:type="spellEnd"/>
      <w:r w:rsidR="006B7079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="006B7079">
        <w:rPr>
          <w:rFonts w:ascii="Times New Roman" w:eastAsia="Times New Roman" w:hAnsi="Times New Roman" w:cs="Times New Roman"/>
          <w:sz w:val="24"/>
          <w:szCs w:val="24"/>
          <w:lang w:val="sq-AL"/>
        </w:rPr>
        <w:t>brojem</w:t>
      </w:r>
      <w:proofErr w:type="spellEnd"/>
      <w:r w:rsidR="006B7079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02-06/</w:t>
      </w:r>
      <w:r w:rsidR="00C15627" w:rsidRPr="002B749D">
        <w:rPr>
          <w:rFonts w:ascii="Times New Roman" w:hAnsi="Times New Roman" w:cs="Times New Roman"/>
          <w:color w:val="000000" w:themeColor="text1"/>
        </w:rPr>
        <w:t>7</w:t>
      </w:r>
      <w:r w:rsidR="00446EF7">
        <w:rPr>
          <w:rFonts w:ascii="Times New Roman" w:hAnsi="Times New Roman" w:cs="Times New Roman"/>
          <w:color w:val="000000" w:themeColor="text1"/>
        </w:rPr>
        <w:t>69</w:t>
      </w:r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,</w:t>
      </w:r>
      <w:r w:rsidR="00761B67">
        <w:rPr>
          <w:rFonts w:ascii="Times New Roman" w:eastAsia="Times New Roman" w:hAnsi="Times New Roman" w:cs="Times New Roman"/>
          <w:sz w:val="24"/>
          <w:szCs w:val="24"/>
          <w:lang w:val="sq-AL"/>
        </w:rPr>
        <w:t>KMDK</w:t>
      </w:r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r w:rsidR="00761B67">
        <w:rPr>
          <w:rFonts w:ascii="Times New Roman" w:eastAsia="Times New Roman" w:hAnsi="Times New Roman" w:cs="Times New Roman"/>
          <w:sz w:val="24"/>
          <w:szCs w:val="24"/>
          <w:lang w:val="sq-AL"/>
        </w:rPr>
        <w:t>A.D.</w:t>
      </w:r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objavljuje</w:t>
      </w:r>
      <w:proofErr w:type="spellEnd"/>
      <w:r w:rsidRPr="006C0B0B">
        <w:rPr>
          <w:rFonts w:ascii="Times New Roman" w:eastAsia="Times New Roman" w:hAnsi="Times New Roman" w:cs="Times New Roman"/>
          <w:sz w:val="24"/>
          <w:szCs w:val="24"/>
          <w:lang w:val="sq-AL"/>
        </w:rPr>
        <w:t>:</w:t>
      </w:r>
    </w:p>
    <w:p w14:paraId="2706C4F5" w14:textId="77777777" w:rsidR="006C0B0B" w:rsidRPr="006C0B0B" w:rsidRDefault="006C0B0B" w:rsidP="006C0B0B">
      <w:pPr>
        <w:rPr>
          <w:rFonts w:ascii="Times New Roman" w:hAnsi="Times New Roman" w:cs="Times New Roman"/>
          <w:sz w:val="24"/>
          <w:szCs w:val="24"/>
        </w:rPr>
      </w:pPr>
    </w:p>
    <w:p w14:paraId="49BEA6CC" w14:textId="77777777" w:rsidR="006C0B0B" w:rsidRPr="006C0B0B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</w:pPr>
      <w:r w:rsidRPr="006C0B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  <w:t>JAVNI KONKURS</w:t>
      </w:r>
    </w:p>
    <w:p w14:paraId="3211B800" w14:textId="77777777" w:rsidR="006C0B0B" w:rsidRPr="006C0B0B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</w:pPr>
      <w:r w:rsidRPr="006C0B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  <w:t>ZA POPUNU RADNOG MESTA</w:t>
      </w:r>
    </w:p>
    <w:p w14:paraId="6CCCB44F" w14:textId="77777777" w:rsidR="006C0B0B" w:rsidRPr="006C0B0B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</w:pPr>
    </w:p>
    <w:p w14:paraId="042E3283" w14:textId="489E9BCB" w:rsidR="003D342B" w:rsidRPr="006C0B0B" w:rsidRDefault="006C0B0B">
      <w:pPr>
        <w:rPr>
          <w:rFonts w:ascii="Times New Roman" w:hAnsi="Times New Roman" w:cs="Times New Roman"/>
          <w:sz w:val="24"/>
          <w:szCs w:val="24"/>
        </w:rPr>
      </w:pPr>
      <w:r w:rsidRPr="006C0B0B">
        <w:rPr>
          <w:rFonts w:ascii="Times New Roman" w:hAnsi="Times New Roman" w:cs="Times New Roman"/>
          <w:b/>
          <w:sz w:val="24"/>
          <w:szCs w:val="24"/>
          <w:u w:val="single"/>
        </w:rPr>
        <w:t>Naziv</w:t>
      </w:r>
      <w:r w:rsidR="00761B67">
        <w:rPr>
          <w:rFonts w:ascii="Times New Roman" w:hAnsi="Times New Roman" w:cs="Times New Roman"/>
          <w:sz w:val="24"/>
          <w:szCs w:val="24"/>
        </w:rPr>
        <w:t>:</w:t>
      </w:r>
      <w:r w:rsidR="00937A4F" w:rsidRPr="00937A4F">
        <w:t xml:space="preserve">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Interni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revizor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(1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pozicija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>)</w:t>
      </w:r>
    </w:p>
    <w:p w14:paraId="7B549025" w14:textId="2CABEFA0" w:rsidR="003D342B" w:rsidRPr="006C0B0B" w:rsidRDefault="006C0B0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C0B0B">
        <w:rPr>
          <w:rFonts w:ascii="Times New Roman" w:hAnsi="Times New Roman" w:cs="Times New Roman"/>
          <w:b/>
          <w:sz w:val="24"/>
          <w:szCs w:val="24"/>
          <w:u w:val="single"/>
        </w:rPr>
        <w:t>Referentni</w:t>
      </w:r>
      <w:proofErr w:type="spellEnd"/>
      <w:r w:rsidRPr="006C0B0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6C0B0B">
        <w:rPr>
          <w:rFonts w:ascii="Times New Roman" w:hAnsi="Times New Roman" w:cs="Times New Roman"/>
          <w:b/>
          <w:sz w:val="24"/>
          <w:szCs w:val="24"/>
          <w:u w:val="single"/>
        </w:rPr>
        <w:t>broj</w:t>
      </w:r>
      <w:proofErr w:type="spellEnd"/>
      <w:r w:rsidRPr="006C0B0B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Pr="006C0B0B">
        <w:rPr>
          <w:rFonts w:ascii="Times New Roman" w:hAnsi="Times New Roman" w:cs="Times New Roman"/>
          <w:sz w:val="24"/>
          <w:szCs w:val="24"/>
        </w:rPr>
        <w:t xml:space="preserve"> ZP/KJ-1</w:t>
      </w:r>
      <w:r w:rsidR="00446EF7">
        <w:rPr>
          <w:rFonts w:ascii="Times New Roman" w:hAnsi="Times New Roman" w:cs="Times New Roman"/>
          <w:sz w:val="24"/>
          <w:szCs w:val="24"/>
        </w:rPr>
        <w:t>6</w:t>
      </w:r>
      <w:r w:rsidRPr="006C0B0B">
        <w:rPr>
          <w:rFonts w:ascii="Times New Roman" w:hAnsi="Times New Roman" w:cs="Times New Roman"/>
          <w:sz w:val="24"/>
          <w:szCs w:val="24"/>
        </w:rPr>
        <w:t>-2025;</w:t>
      </w:r>
    </w:p>
    <w:p w14:paraId="59C24EB4" w14:textId="77777777" w:rsidR="00A85972" w:rsidRDefault="006C0B0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C0B0B">
        <w:rPr>
          <w:rFonts w:ascii="Times New Roman" w:hAnsi="Times New Roman" w:cs="Times New Roman"/>
          <w:b/>
          <w:sz w:val="24"/>
          <w:szCs w:val="24"/>
          <w:u w:val="single"/>
        </w:rPr>
        <w:t>Izveštava</w:t>
      </w:r>
      <w:proofErr w:type="spellEnd"/>
      <w:r w:rsidRPr="006C0B0B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Pr="006C0B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Službeniku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interne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revizije</w:t>
      </w:r>
      <w:proofErr w:type="spellEnd"/>
    </w:p>
    <w:p w14:paraId="66612D71" w14:textId="07CBA55F" w:rsidR="003D342B" w:rsidRPr="006C0B0B" w:rsidRDefault="00937A4F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Nivo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plate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sa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koef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>. 5</w:t>
      </w:r>
      <w:r w:rsidR="00446EF7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Bruto</w:t>
      </w:r>
      <w:r w:rsidR="006C0B0B" w:rsidRPr="006C0B0B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="006C0B0B" w:rsidRPr="006C0B0B">
        <w:rPr>
          <w:rFonts w:ascii="Times New Roman" w:hAnsi="Times New Roman" w:cs="Times New Roman"/>
          <w:sz w:val="24"/>
          <w:szCs w:val="24"/>
        </w:rPr>
        <w:t xml:space="preserve"> </w:t>
      </w:r>
      <w:r w:rsidR="00446EF7">
        <w:rPr>
          <w:rFonts w:ascii="Times New Roman" w:eastAsia="Times New Roman" w:hAnsi="Times New Roman" w:cs="Times New Roman"/>
          <w:bCs/>
          <w:sz w:val="24"/>
          <w:szCs w:val="24"/>
        </w:rPr>
        <w:t xml:space="preserve">1120.00€ </w:t>
      </w:r>
      <w:r w:rsidR="00A85972" w:rsidRPr="00A8597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hiljadu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sto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dvadeset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evra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mesečno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podložno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promenama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prema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odluci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Upravnog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odbora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KMDK-a</w:t>
      </w:r>
      <w:r w:rsidR="00761B67">
        <w:rPr>
          <w:rFonts w:ascii="Times New Roman" w:hAnsi="Times New Roman" w:cs="Times New Roman"/>
          <w:sz w:val="24"/>
          <w:szCs w:val="24"/>
        </w:rPr>
        <w:t>;</w:t>
      </w:r>
    </w:p>
    <w:p w14:paraId="39192CFB" w14:textId="7A253998" w:rsidR="003D342B" w:rsidRPr="006C0B0B" w:rsidRDefault="006C0B0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C0B0B">
        <w:rPr>
          <w:rFonts w:ascii="Times New Roman" w:hAnsi="Times New Roman" w:cs="Times New Roman"/>
          <w:b/>
          <w:sz w:val="24"/>
          <w:szCs w:val="24"/>
          <w:u w:val="single"/>
        </w:rPr>
        <w:t>Radno</w:t>
      </w:r>
      <w:proofErr w:type="spellEnd"/>
      <w:r w:rsidRPr="006C0B0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6C0B0B">
        <w:rPr>
          <w:rFonts w:ascii="Times New Roman" w:hAnsi="Times New Roman" w:cs="Times New Roman"/>
          <w:b/>
          <w:sz w:val="24"/>
          <w:szCs w:val="24"/>
          <w:u w:val="single"/>
        </w:rPr>
        <w:t>vreme</w:t>
      </w:r>
      <w:proofErr w:type="spellEnd"/>
      <w:r w:rsidRPr="006C0B0B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Pr="006C0B0B">
        <w:rPr>
          <w:rFonts w:ascii="Times New Roman" w:hAnsi="Times New Roman" w:cs="Times New Roman"/>
          <w:sz w:val="24"/>
          <w:szCs w:val="24"/>
        </w:rPr>
        <w:t xml:space="preserve"> </w:t>
      </w:r>
      <w:r w:rsidR="00A85972" w:rsidRPr="00A85972">
        <w:rPr>
          <w:rFonts w:ascii="Times New Roman" w:hAnsi="Times New Roman" w:cs="Times New Roman"/>
          <w:sz w:val="24"/>
          <w:szCs w:val="24"/>
        </w:rPr>
        <w:t xml:space="preserve">40 sati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nedeljno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puno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radno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vreme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skladu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Zakonom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radu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>;</w:t>
      </w:r>
    </w:p>
    <w:p w14:paraId="15DF665D" w14:textId="5B9C896A" w:rsidR="003D342B" w:rsidRPr="006C0B0B" w:rsidRDefault="006C0B0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C0B0B">
        <w:rPr>
          <w:rFonts w:ascii="Times New Roman" w:hAnsi="Times New Roman" w:cs="Times New Roman"/>
          <w:b/>
          <w:sz w:val="24"/>
          <w:szCs w:val="24"/>
          <w:u w:val="single"/>
        </w:rPr>
        <w:t>Trajanje</w:t>
      </w:r>
      <w:proofErr w:type="spellEnd"/>
      <w:r w:rsidRPr="006C0B0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6C0B0B">
        <w:rPr>
          <w:rFonts w:ascii="Times New Roman" w:hAnsi="Times New Roman" w:cs="Times New Roman"/>
          <w:b/>
          <w:sz w:val="24"/>
          <w:szCs w:val="24"/>
          <w:u w:val="single"/>
        </w:rPr>
        <w:t>ugovora</w:t>
      </w:r>
      <w:proofErr w:type="spellEnd"/>
      <w:r w:rsidRPr="006C0B0B">
        <w:rPr>
          <w:rFonts w:ascii="Times New Roman" w:hAnsi="Times New Roman" w:cs="Times New Roman"/>
          <w:b/>
          <w:sz w:val="24"/>
          <w:szCs w:val="24"/>
          <w:u w:val="single"/>
        </w:rPr>
        <w:t xml:space="preserve">: </w:t>
      </w:r>
      <w:r w:rsidR="00A85972" w:rsidRPr="00A85972">
        <w:rPr>
          <w:rFonts w:ascii="Times New Roman" w:hAnsi="Times New Roman" w:cs="Times New Roman"/>
          <w:sz w:val="24"/>
          <w:szCs w:val="24"/>
        </w:rPr>
        <w:t xml:space="preserve">Na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određeno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vreme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(1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godina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mogućnošću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produženja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probni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rad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traje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šest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 xml:space="preserve"> (6)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meseci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>;</w:t>
      </w:r>
    </w:p>
    <w:p w14:paraId="3666B4B5" w14:textId="5591C2A4" w:rsidR="003D342B" w:rsidRDefault="006C0B0B">
      <w:pPr>
        <w:rPr>
          <w:rFonts w:ascii="Times New Roman" w:hAnsi="Times New Roman" w:cs="Times New Roman"/>
          <w:sz w:val="24"/>
          <w:szCs w:val="24"/>
        </w:rPr>
      </w:pPr>
      <w:r w:rsidRPr="006C0B0B">
        <w:rPr>
          <w:rFonts w:ascii="Times New Roman" w:hAnsi="Times New Roman" w:cs="Times New Roman"/>
          <w:b/>
          <w:sz w:val="24"/>
          <w:szCs w:val="24"/>
          <w:u w:val="single"/>
        </w:rPr>
        <w:t>Mesto rada:</w:t>
      </w:r>
      <w:r w:rsidRPr="006C0B0B">
        <w:rPr>
          <w:rFonts w:ascii="Times New Roman" w:hAnsi="Times New Roman" w:cs="Times New Roman"/>
          <w:sz w:val="24"/>
          <w:szCs w:val="24"/>
        </w:rPr>
        <w:t xml:space="preserve"> </w:t>
      </w:r>
      <w:r w:rsidR="00A85972" w:rsidRPr="00A85972">
        <w:rPr>
          <w:rFonts w:ascii="Times New Roman" w:hAnsi="Times New Roman" w:cs="Times New Roman"/>
          <w:sz w:val="24"/>
          <w:szCs w:val="24"/>
        </w:rPr>
        <w:t xml:space="preserve">KMDK - </w:t>
      </w:r>
      <w:r w:rsidR="00761B67">
        <w:rPr>
          <w:rFonts w:ascii="Times New Roman" w:hAnsi="Times New Roman" w:cs="Times New Roman"/>
          <w:sz w:val="24"/>
          <w:szCs w:val="24"/>
        </w:rPr>
        <w:t>A.D.</w:t>
      </w:r>
      <w:r w:rsidR="00A85972" w:rsidRPr="00A8597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85972" w:rsidRPr="00A85972">
        <w:rPr>
          <w:rFonts w:ascii="Times New Roman" w:hAnsi="Times New Roman" w:cs="Times New Roman"/>
          <w:sz w:val="24"/>
          <w:szCs w:val="24"/>
        </w:rPr>
        <w:t>Priština</w:t>
      </w:r>
      <w:proofErr w:type="spellEnd"/>
      <w:r w:rsidR="00A85972" w:rsidRPr="00A85972">
        <w:rPr>
          <w:rFonts w:ascii="Times New Roman" w:hAnsi="Times New Roman" w:cs="Times New Roman"/>
          <w:sz w:val="24"/>
          <w:szCs w:val="24"/>
        </w:rPr>
        <w:t>.</w:t>
      </w:r>
    </w:p>
    <w:p w14:paraId="49062D3D" w14:textId="77777777" w:rsidR="00A85972" w:rsidRDefault="00A85972">
      <w:pPr>
        <w:rPr>
          <w:rFonts w:ascii="Times New Roman" w:hAnsi="Times New Roman" w:cs="Times New Roman"/>
          <w:sz w:val="24"/>
          <w:szCs w:val="24"/>
        </w:rPr>
      </w:pPr>
    </w:p>
    <w:p w14:paraId="7DC7DD84" w14:textId="77777777" w:rsidR="00A85972" w:rsidRPr="00A85972" w:rsidRDefault="00A85972" w:rsidP="00A8597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85972">
        <w:rPr>
          <w:rFonts w:ascii="Times New Roman" w:hAnsi="Times New Roman" w:cs="Times New Roman"/>
          <w:b/>
          <w:bCs/>
          <w:sz w:val="24"/>
          <w:szCs w:val="24"/>
        </w:rPr>
        <w:t>Sažetak</w:t>
      </w:r>
      <w:proofErr w:type="spellEnd"/>
      <w:r w:rsidRPr="00A85972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778A0131" w14:textId="77777777" w:rsidR="00A85972" w:rsidRPr="00A85972" w:rsidRDefault="00A85972" w:rsidP="00761B6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85972">
        <w:rPr>
          <w:rFonts w:ascii="Times New Roman" w:hAnsi="Times New Roman" w:cs="Times New Roman"/>
          <w:sz w:val="24"/>
          <w:szCs w:val="24"/>
        </w:rPr>
        <w:t>Interni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revizor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pruža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podršku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Službeniku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interne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revizije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planiranju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sprovođenju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internih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revizija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u KMDK-u,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ciljem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procene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efikasnosti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sistema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interne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kontrole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upravljanja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rizicima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usklađenosti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zakonskim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propisima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operativnog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menadžmenta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. On/Ona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doprinosi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primeni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profesionalnih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revizorskih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praksi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daje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preporuke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A85972">
        <w:rPr>
          <w:rFonts w:ascii="Times New Roman" w:hAnsi="Times New Roman" w:cs="Times New Roman"/>
          <w:sz w:val="24"/>
          <w:szCs w:val="24"/>
        </w:rPr>
        <w:t>unapređenje</w:t>
      </w:r>
      <w:proofErr w:type="spellEnd"/>
      <w:r w:rsidRPr="00A85972">
        <w:rPr>
          <w:rFonts w:ascii="Times New Roman" w:hAnsi="Times New Roman" w:cs="Times New Roman"/>
          <w:sz w:val="24"/>
          <w:szCs w:val="24"/>
        </w:rPr>
        <w:t>.</w:t>
      </w:r>
    </w:p>
    <w:p w14:paraId="2EFE4D7B" w14:textId="77777777" w:rsidR="00A85972" w:rsidRDefault="00A85972" w:rsidP="00761B67">
      <w:pPr>
        <w:rPr>
          <w:rFonts w:ascii="Times New Roman" w:hAnsi="Times New Roman" w:cs="Times New Roman"/>
          <w:sz w:val="24"/>
          <w:szCs w:val="24"/>
        </w:rPr>
      </w:pPr>
    </w:p>
    <w:p w14:paraId="1D2F6311" w14:textId="77777777" w:rsidR="006C0B0B" w:rsidRPr="006C0B0B" w:rsidRDefault="006C0B0B" w:rsidP="00761B67">
      <w:pPr>
        <w:rPr>
          <w:rFonts w:ascii="Times New Roman" w:hAnsi="Times New Roman" w:cs="Times New Roman"/>
          <w:sz w:val="24"/>
          <w:szCs w:val="24"/>
        </w:rPr>
      </w:pPr>
    </w:p>
    <w:p w14:paraId="5477BE99" w14:textId="547106B0" w:rsidR="00A85972" w:rsidRDefault="006C0B0B" w:rsidP="00761B67">
      <w:pPr>
        <w:spacing w:after="0"/>
        <w:jc w:val="both"/>
        <w:rPr>
          <w:rFonts w:ascii="Times New Roman" w:eastAsia="Times New Roman" w:hAnsi="Times New Roman" w:cs="Times New Roman"/>
          <w:b/>
          <w:u w:val="single"/>
          <w:lang w:val="sq-AL"/>
        </w:rPr>
      </w:pPr>
      <w:proofErr w:type="spellStart"/>
      <w:r w:rsidRPr="006C0B0B">
        <w:rPr>
          <w:rFonts w:ascii="Times New Roman" w:eastAsia="Times New Roman" w:hAnsi="Times New Roman" w:cs="Times New Roman"/>
          <w:b/>
          <w:highlight w:val="white"/>
          <w:u w:val="single"/>
          <w:lang w:val="sq-AL"/>
        </w:rPr>
        <w:t>Zadaci</w:t>
      </w:r>
      <w:proofErr w:type="spellEnd"/>
      <w:r w:rsidRPr="006C0B0B">
        <w:rPr>
          <w:rFonts w:ascii="Times New Roman" w:eastAsia="Times New Roman" w:hAnsi="Times New Roman" w:cs="Times New Roman"/>
          <w:b/>
          <w:highlight w:val="white"/>
          <w:u w:val="single"/>
          <w:lang w:val="sq-AL"/>
        </w:rPr>
        <w:t xml:space="preserve"> i </w:t>
      </w:r>
      <w:proofErr w:type="spellStart"/>
      <w:r w:rsidRPr="006C0B0B">
        <w:rPr>
          <w:rFonts w:ascii="Times New Roman" w:eastAsia="Times New Roman" w:hAnsi="Times New Roman" w:cs="Times New Roman"/>
          <w:b/>
          <w:highlight w:val="white"/>
          <w:u w:val="single"/>
          <w:lang w:val="sq-AL"/>
        </w:rPr>
        <w:t>Odgovornosti</w:t>
      </w:r>
      <w:proofErr w:type="spellEnd"/>
      <w:r w:rsidRPr="006C0B0B">
        <w:rPr>
          <w:rFonts w:ascii="Times New Roman" w:eastAsia="Times New Roman" w:hAnsi="Times New Roman" w:cs="Times New Roman"/>
          <w:b/>
          <w:highlight w:val="white"/>
          <w:u w:val="single"/>
          <w:lang w:val="sq-AL"/>
        </w:rPr>
        <w:t>:</w:t>
      </w:r>
    </w:p>
    <w:p w14:paraId="61E71D91" w14:textId="77777777" w:rsidR="00A85972" w:rsidRDefault="00A85972" w:rsidP="00761B67">
      <w:pPr>
        <w:spacing w:after="0"/>
        <w:jc w:val="both"/>
        <w:rPr>
          <w:bCs/>
        </w:rPr>
      </w:pPr>
    </w:p>
    <w:p w14:paraId="15867288" w14:textId="77777777" w:rsidR="001479F1" w:rsidRDefault="001479F1" w:rsidP="00761B67">
      <w:pPr>
        <w:spacing w:after="0"/>
        <w:jc w:val="both"/>
        <w:rPr>
          <w:bCs/>
        </w:rPr>
      </w:pPr>
      <w:r w:rsidRPr="001479F1">
        <w:rPr>
          <w:bCs/>
        </w:rPr>
        <w:t xml:space="preserve">• </w:t>
      </w:r>
      <w:proofErr w:type="spellStart"/>
      <w:r w:rsidRPr="001479F1">
        <w:rPr>
          <w:bCs/>
        </w:rPr>
        <w:t>Sprovodi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aktivnosti</w:t>
      </w:r>
      <w:proofErr w:type="spellEnd"/>
      <w:r w:rsidRPr="001479F1">
        <w:rPr>
          <w:bCs/>
        </w:rPr>
        <w:t xml:space="preserve"> interne </w:t>
      </w:r>
      <w:proofErr w:type="spellStart"/>
      <w:r w:rsidRPr="001479F1">
        <w:rPr>
          <w:bCs/>
        </w:rPr>
        <w:t>revizije</w:t>
      </w:r>
      <w:proofErr w:type="spellEnd"/>
      <w:r w:rsidRPr="001479F1">
        <w:rPr>
          <w:bCs/>
        </w:rPr>
        <w:t xml:space="preserve"> u </w:t>
      </w:r>
      <w:proofErr w:type="spellStart"/>
      <w:r w:rsidRPr="001479F1">
        <w:rPr>
          <w:bCs/>
        </w:rPr>
        <w:t>skladu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sa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strateškim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i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godišnjim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planovima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odobrenim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od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strane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Komisije</w:t>
      </w:r>
      <w:proofErr w:type="spellEnd"/>
      <w:r w:rsidRPr="001479F1">
        <w:rPr>
          <w:bCs/>
        </w:rPr>
        <w:t xml:space="preserve"> za </w:t>
      </w:r>
      <w:proofErr w:type="spellStart"/>
      <w:r w:rsidRPr="001479F1">
        <w:rPr>
          <w:bCs/>
        </w:rPr>
        <w:t>reviziju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i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koordinisanim</w:t>
      </w:r>
      <w:proofErr w:type="spellEnd"/>
      <w:r w:rsidRPr="001479F1">
        <w:rPr>
          <w:bCs/>
        </w:rPr>
        <w:t xml:space="preserve"> od </w:t>
      </w:r>
      <w:proofErr w:type="spellStart"/>
      <w:r w:rsidRPr="001479F1">
        <w:rPr>
          <w:bCs/>
        </w:rPr>
        <w:t>strane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Službenika</w:t>
      </w:r>
      <w:proofErr w:type="spellEnd"/>
      <w:r w:rsidRPr="001479F1">
        <w:rPr>
          <w:bCs/>
        </w:rPr>
        <w:t xml:space="preserve"> interne </w:t>
      </w:r>
      <w:proofErr w:type="spellStart"/>
      <w:r w:rsidRPr="001479F1">
        <w:rPr>
          <w:bCs/>
        </w:rPr>
        <w:t>revizije</w:t>
      </w:r>
      <w:proofErr w:type="spellEnd"/>
      <w:r w:rsidRPr="001479F1">
        <w:rPr>
          <w:bCs/>
        </w:rPr>
        <w:t>.</w:t>
      </w:r>
    </w:p>
    <w:p w14:paraId="19318FC1" w14:textId="77777777" w:rsidR="001479F1" w:rsidRDefault="001479F1" w:rsidP="00761B67">
      <w:pPr>
        <w:spacing w:after="0"/>
        <w:jc w:val="both"/>
        <w:rPr>
          <w:bCs/>
        </w:rPr>
      </w:pPr>
      <w:r w:rsidRPr="001479F1">
        <w:rPr>
          <w:bCs/>
        </w:rPr>
        <w:br/>
        <w:t xml:space="preserve">• </w:t>
      </w:r>
      <w:proofErr w:type="spellStart"/>
      <w:r w:rsidRPr="001479F1">
        <w:rPr>
          <w:bCs/>
        </w:rPr>
        <w:t>Obavlja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finansijske</w:t>
      </w:r>
      <w:proofErr w:type="spellEnd"/>
      <w:r w:rsidRPr="001479F1">
        <w:rPr>
          <w:bCs/>
        </w:rPr>
        <w:t xml:space="preserve">, </w:t>
      </w:r>
      <w:proofErr w:type="spellStart"/>
      <w:r w:rsidRPr="001479F1">
        <w:rPr>
          <w:bCs/>
        </w:rPr>
        <w:t>operativne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i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revizije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usklađenosti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radi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procene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efikasnosti</w:t>
      </w:r>
      <w:proofErr w:type="spellEnd"/>
      <w:r w:rsidRPr="001479F1">
        <w:rPr>
          <w:bCs/>
        </w:rPr>
        <w:t xml:space="preserve"> interne </w:t>
      </w:r>
      <w:proofErr w:type="spellStart"/>
      <w:r w:rsidRPr="001479F1">
        <w:rPr>
          <w:bCs/>
        </w:rPr>
        <w:t>kontrole</w:t>
      </w:r>
      <w:proofErr w:type="spellEnd"/>
      <w:r w:rsidRPr="001479F1">
        <w:rPr>
          <w:bCs/>
        </w:rPr>
        <w:t xml:space="preserve">, </w:t>
      </w:r>
      <w:proofErr w:type="spellStart"/>
      <w:r w:rsidRPr="001479F1">
        <w:rPr>
          <w:bCs/>
        </w:rPr>
        <w:t>upravljanja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rizicima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i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poštovanja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zakonodavstva</w:t>
      </w:r>
      <w:proofErr w:type="spellEnd"/>
      <w:r w:rsidRPr="001479F1">
        <w:rPr>
          <w:bCs/>
        </w:rPr>
        <w:t>.</w:t>
      </w:r>
    </w:p>
    <w:p w14:paraId="38AE61A1" w14:textId="77777777" w:rsidR="001479F1" w:rsidRDefault="001479F1" w:rsidP="00761B67">
      <w:pPr>
        <w:spacing w:after="0"/>
        <w:jc w:val="both"/>
        <w:rPr>
          <w:bCs/>
        </w:rPr>
      </w:pPr>
      <w:r w:rsidRPr="001479F1">
        <w:rPr>
          <w:bCs/>
        </w:rPr>
        <w:br/>
        <w:t xml:space="preserve">• </w:t>
      </w:r>
      <w:proofErr w:type="spellStart"/>
      <w:r w:rsidRPr="001479F1">
        <w:rPr>
          <w:bCs/>
        </w:rPr>
        <w:t>Priprema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i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popunjava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radne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listove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i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revizorsku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dokumentaciju</w:t>
      </w:r>
      <w:proofErr w:type="spellEnd"/>
      <w:r w:rsidRPr="001479F1">
        <w:rPr>
          <w:bCs/>
        </w:rPr>
        <w:t xml:space="preserve"> u </w:t>
      </w:r>
      <w:proofErr w:type="spellStart"/>
      <w:r w:rsidRPr="001479F1">
        <w:rPr>
          <w:bCs/>
        </w:rPr>
        <w:t>skladu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sa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metodologijom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odobrenom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od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Ministarstva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finansija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i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međunarodnim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standardima</w:t>
      </w:r>
      <w:proofErr w:type="spellEnd"/>
      <w:r w:rsidRPr="001479F1">
        <w:rPr>
          <w:bCs/>
        </w:rPr>
        <w:t xml:space="preserve"> interne </w:t>
      </w:r>
      <w:proofErr w:type="spellStart"/>
      <w:r w:rsidRPr="001479F1">
        <w:rPr>
          <w:bCs/>
        </w:rPr>
        <w:t>revizije</w:t>
      </w:r>
      <w:proofErr w:type="spellEnd"/>
      <w:r w:rsidRPr="001479F1">
        <w:rPr>
          <w:bCs/>
        </w:rPr>
        <w:t xml:space="preserve"> (IIA).</w:t>
      </w:r>
    </w:p>
    <w:p w14:paraId="10203ABA" w14:textId="77777777" w:rsidR="001479F1" w:rsidRDefault="001479F1" w:rsidP="00761B67">
      <w:pPr>
        <w:spacing w:after="0"/>
        <w:jc w:val="both"/>
        <w:rPr>
          <w:bCs/>
        </w:rPr>
      </w:pPr>
      <w:r w:rsidRPr="001479F1">
        <w:rPr>
          <w:bCs/>
        </w:rPr>
        <w:br/>
        <w:t xml:space="preserve">• </w:t>
      </w:r>
      <w:proofErr w:type="spellStart"/>
      <w:r w:rsidRPr="001479F1">
        <w:rPr>
          <w:bCs/>
        </w:rPr>
        <w:t>Priprema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izveštaje</w:t>
      </w:r>
      <w:proofErr w:type="spellEnd"/>
      <w:r w:rsidRPr="001479F1">
        <w:rPr>
          <w:bCs/>
        </w:rPr>
        <w:t xml:space="preserve"> o </w:t>
      </w:r>
      <w:proofErr w:type="spellStart"/>
      <w:r w:rsidRPr="001479F1">
        <w:rPr>
          <w:bCs/>
        </w:rPr>
        <w:t>reviziji</w:t>
      </w:r>
      <w:proofErr w:type="spellEnd"/>
      <w:r w:rsidRPr="001479F1">
        <w:rPr>
          <w:bCs/>
        </w:rPr>
        <w:t xml:space="preserve">, </w:t>
      </w:r>
      <w:proofErr w:type="spellStart"/>
      <w:r w:rsidRPr="001479F1">
        <w:rPr>
          <w:bCs/>
        </w:rPr>
        <w:t>evidentirajući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nalaze</w:t>
      </w:r>
      <w:proofErr w:type="spellEnd"/>
      <w:r w:rsidRPr="001479F1">
        <w:rPr>
          <w:bCs/>
        </w:rPr>
        <w:t xml:space="preserve">, </w:t>
      </w:r>
      <w:proofErr w:type="spellStart"/>
      <w:r w:rsidRPr="001479F1">
        <w:rPr>
          <w:bCs/>
        </w:rPr>
        <w:t>neusklađenosti</w:t>
      </w:r>
      <w:proofErr w:type="spellEnd"/>
      <w:r w:rsidRPr="001479F1">
        <w:rPr>
          <w:bCs/>
        </w:rPr>
        <w:t xml:space="preserve">, </w:t>
      </w:r>
      <w:proofErr w:type="spellStart"/>
      <w:r w:rsidRPr="001479F1">
        <w:rPr>
          <w:bCs/>
        </w:rPr>
        <w:t>rizike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i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preporuke</w:t>
      </w:r>
      <w:proofErr w:type="spellEnd"/>
      <w:r w:rsidRPr="001479F1">
        <w:rPr>
          <w:bCs/>
        </w:rPr>
        <w:t xml:space="preserve"> za </w:t>
      </w:r>
      <w:proofErr w:type="spellStart"/>
      <w:r w:rsidRPr="001479F1">
        <w:rPr>
          <w:bCs/>
        </w:rPr>
        <w:t>unapređenje</w:t>
      </w:r>
      <w:proofErr w:type="spellEnd"/>
      <w:r w:rsidRPr="001479F1">
        <w:rPr>
          <w:bCs/>
        </w:rPr>
        <w:t>.</w:t>
      </w:r>
    </w:p>
    <w:p w14:paraId="3BD6EB56" w14:textId="77777777" w:rsidR="001479F1" w:rsidRDefault="001479F1" w:rsidP="00761B67">
      <w:pPr>
        <w:spacing w:after="0"/>
        <w:jc w:val="both"/>
        <w:rPr>
          <w:bCs/>
        </w:rPr>
      </w:pPr>
      <w:r w:rsidRPr="001479F1">
        <w:rPr>
          <w:bCs/>
        </w:rPr>
        <w:br/>
        <w:t xml:space="preserve">• </w:t>
      </w:r>
      <w:proofErr w:type="spellStart"/>
      <w:r w:rsidRPr="001479F1">
        <w:rPr>
          <w:bCs/>
        </w:rPr>
        <w:t>Analizira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dokumentaciju</w:t>
      </w:r>
      <w:proofErr w:type="spellEnd"/>
      <w:r w:rsidRPr="001479F1">
        <w:rPr>
          <w:bCs/>
        </w:rPr>
        <w:t xml:space="preserve">, </w:t>
      </w:r>
      <w:proofErr w:type="spellStart"/>
      <w:r w:rsidRPr="001479F1">
        <w:rPr>
          <w:bCs/>
        </w:rPr>
        <w:t>procese</w:t>
      </w:r>
      <w:proofErr w:type="spellEnd"/>
      <w:r w:rsidRPr="001479F1">
        <w:rPr>
          <w:bCs/>
        </w:rPr>
        <w:t xml:space="preserve">, </w:t>
      </w:r>
      <w:proofErr w:type="spellStart"/>
      <w:r w:rsidRPr="001479F1">
        <w:rPr>
          <w:bCs/>
        </w:rPr>
        <w:t>prakse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i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fizičke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ili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elektronske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evidencije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koje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su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predmet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revizije</w:t>
      </w:r>
      <w:proofErr w:type="spellEnd"/>
      <w:r w:rsidRPr="001479F1">
        <w:rPr>
          <w:bCs/>
        </w:rPr>
        <w:t>.</w:t>
      </w:r>
    </w:p>
    <w:p w14:paraId="43A94CCC" w14:textId="77777777" w:rsidR="001479F1" w:rsidRDefault="001479F1" w:rsidP="00761B67">
      <w:pPr>
        <w:spacing w:after="0"/>
        <w:jc w:val="both"/>
        <w:rPr>
          <w:bCs/>
        </w:rPr>
      </w:pPr>
      <w:r w:rsidRPr="001479F1">
        <w:rPr>
          <w:bCs/>
        </w:rPr>
        <w:br/>
        <w:t xml:space="preserve">• </w:t>
      </w:r>
      <w:proofErr w:type="spellStart"/>
      <w:r w:rsidRPr="001479F1">
        <w:rPr>
          <w:bCs/>
        </w:rPr>
        <w:t>Pomaže</w:t>
      </w:r>
      <w:proofErr w:type="spellEnd"/>
      <w:r w:rsidRPr="001479F1">
        <w:rPr>
          <w:bCs/>
        </w:rPr>
        <w:t xml:space="preserve"> u </w:t>
      </w:r>
      <w:proofErr w:type="spellStart"/>
      <w:r w:rsidRPr="001479F1">
        <w:rPr>
          <w:bCs/>
        </w:rPr>
        <w:t>izradi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programa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revizije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i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kontrolnih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listi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na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osnovu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prirode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revizije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i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procene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rizika</w:t>
      </w:r>
      <w:proofErr w:type="spellEnd"/>
      <w:r w:rsidRPr="001479F1">
        <w:rPr>
          <w:bCs/>
        </w:rPr>
        <w:t>.</w:t>
      </w:r>
    </w:p>
    <w:p w14:paraId="30715259" w14:textId="77777777" w:rsidR="001479F1" w:rsidRDefault="001479F1" w:rsidP="00761B67">
      <w:pPr>
        <w:spacing w:after="0"/>
        <w:jc w:val="both"/>
        <w:rPr>
          <w:bCs/>
        </w:rPr>
      </w:pPr>
      <w:r w:rsidRPr="001479F1">
        <w:rPr>
          <w:bCs/>
        </w:rPr>
        <w:br/>
        <w:t xml:space="preserve">• Prati </w:t>
      </w:r>
      <w:proofErr w:type="spellStart"/>
      <w:r w:rsidRPr="001479F1">
        <w:rPr>
          <w:bCs/>
        </w:rPr>
        <w:t>sprovođenje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preporuka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od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strane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odgovornih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jedinica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i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izveštava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Službenika</w:t>
      </w:r>
      <w:proofErr w:type="spellEnd"/>
      <w:r w:rsidRPr="001479F1">
        <w:rPr>
          <w:bCs/>
        </w:rPr>
        <w:t xml:space="preserve"> interne </w:t>
      </w:r>
      <w:proofErr w:type="spellStart"/>
      <w:r w:rsidRPr="001479F1">
        <w:rPr>
          <w:bCs/>
        </w:rPr>
        <w:t>revizije</w:t>
      </w:r>
      <w:proofErr w:type="spellEnd"/>
      <w:r w:rsidRPr="001479F1">
        <w:rPr>
          <w:bCs/>
        </w:rPr>
        <w:t xml:space="preserve"> o </w:t>
      </w:r>
      <w:proofErr w:type="spellStart"/>
      <w:r w:rsidRPr="001479F1">
        <w:rPr>
          <w:bCs/>
        </w:rPr>
        <w:t>napretku</w:t>
      </w:r>
      <w:proofErr w:type="spellEnd"/>
      <w:r w:rsidRPr="001479F1">
        <w:rPr>
          <w:bCs/>
        </w:rPr>
        <w:t>.</w:t>
      </w:r>
    </w:p>
    <w:p w14:paraId="3288B1B7" w14:textId="77777777" w:rsidR="001479F1" w:rsidRDefault="001479F1" w:rsidP="00761B67">
      <w:pPr>
        <w:spacing w:after="0"/>
        <w:jc w:val="both"/>
        <w:rPr>
          <w:bCs/>
        </w:rPr>
      </w:pPr>
      <w:r w:rsidRPr="001479F1">
        <w:rPr>
          <w:bCs/>
        </w:rPr>
        <w:br/>
        <w:t xml:space="preserve">• </w:t>
      </w:r>
      <w:proofErr w:type="spellStart"/>
      <w:r w:rsidRPr="001479F1">
        <w:rPr>
          <w:bCs/>
        </w:rPr>
        <w:t>Poštuje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principe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poverljivosti</w:t>
      </w:r>
      <w:proofErr w:type="spellEnd"/>
      <w:r w:rsidRPr="001479F1">
        <w:rPr>
          <w:bCs/>
        </w:rPr>
        <w:t xml:space="preserve">, </w:t>
      </w:r>
      <w:proofErr w:type="spellStart"/>
      <w:r w:rsidRPr="001479F1">
        <w:rPr>
          <w:bCs/>
        </w:rPr>
        <w:t>objektivnosti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i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profesionalne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etike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tokom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obavljanja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zadataka</w:t>
      </w:r>
      <w:proofErr w:type="spellEnd"/>
      <w:r w:rsidRPr="001479F1">
        <w:rPr>
          <w:bCs/>
        </w:rPr>
        <w:t>.</w:t>
      </w:r>
    </w:p>
    <w:p w14:paraId="197D89B5" w14:textId="4C2330AE" w:rsidR="001479F1" w:rsidRDefault="001479F1" w:rsidP="00761B67">
      <w:pPr>
        <w:spacing w:after="0"/>
        <w:jc w:val="both"/>
        <w:rPr>
          <w:bCs/>
        </w:rPr>
      </w:pPr>
      <w:r w:rsidRPr="001479F1">
        <w:rPr>
          <w:bCs/>
        </w:rPr>
        <w:br/>
        <w:t xml:space="preserve">• </w:t>
      </w:r>
      <w:proofErr w:type="spellStart"/>
      <w:r w:rsidR="00761B67" w:rsidRPr="00761B67">
        <w:rPr>
          <w:bCs/>
        </w:rPr>
        <w:t>Saradžuje</w:t>
      </w:r>
      <w:r w:rsidRPr="001479F1">
        <w:rPr>
          <w:bCs/>
        </w:rPr>
        <w:t>sa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eksternim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revizorima</w:t>
      </w:r>
      <w:proofErr w:type="spellEnd"/>
      <w:r w:rsidRPr="001479F1">
        <w:rPr>
          <w:bCs/>
        </w:rPr>
        <w:t xml:space="preserve"> (</w:t>
      </w:r>
      <w:proofErr w:type="spellStart"/>
      <w:r w:rsidRPr="001479F1">
        <w:rPr>
          <w:bCs/>
        </w:rPr>
        <w:t>npr</w:t>
      </w:r>
      <w:proofErr w:type="spellEnd"/>
      <w:r w:rsidRPr="001479F1">
        <w:rPr>
          <w:bCs/>
        </w:rPr>
        <w:t xml:space="preserve">. DRI, </w:t>
      </w:r>
      <w:proofErr w:type="spellStart"/>
      <w:r w:rsidRPr="001479F1">
        <w:rPr>
          <w:bCs/>
        </w:rPr>
        <w:t>revizorima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projekata</w:t>
      </w:r>
      <w:proofErr w:type="spellEnd"/>
      <w:r w:rsidRPr="001479F1">
        <w:rPr>
          <w:bCs/>
        </w:rPr>
        <w:t xml:space="preserve">) </w:t>
      </w:r>
      <w:proofErr w:type="spellStart"/>
      <w:r w:rsidRPr="001479F1">
        <w:rPr>
          <w:bCs/>
        </w:rPr>
        <w:t>kada</w:t>
      </w:r>
      <w:proofErr w:type="spellEnd"/>
      <w:r w:rsidRPr="001479F1">
        <w:rPr>
          <w:bCs/>
        </w:rPr>
        <w:t xml:space="preserve"> je to </w:t>
      </w:r>
      <w:proofErr w:type="spellStart"/>
      <w:r w:rsidRPr="001479F1">
        <w:rPr>
          <w:bCs/>
        </w:rPr>
        <w:t>potrebno</w:t>
      </w:r>
      <w:proofErr w:type="spellEnd"/>
      <w:r w:rsidRPr="001479F1">
        <w:rPr>
          <w:bCs/>
        </w:rPr>
        <w:t xml:space="preserve">, </w:t>
      </w:r>
      <w:proofErr w:type="spellStart"/>
      <w:r w:rsidRPr="001479F1">
        <w:rPr>
          <w:bCs/>
        </w:rPr>
        <w:t>uz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koordinaciju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Službenika</w:t>
      </w:r>
      <w:proofErr w:type="spellEnd"/>
      <w:r w:rsidRPr="001479F1">
        <w:rPr>
          <w:bCs/>
        </w:rPr>
        <w:t xml:space="preserve"> interne </w:t>
      </w:r>
      <w:proofErr w:type="spellStart"/>
      <w:r w:rsidRPr="001479F1">
        <w:rPr>
          <w:bCs/>
        </w:rPr>
        <w:t>revizije</w:t>
      </w:r>
      <w:proofErr w:type="spellEnd"/>
      <w:r w:rsidRPr="001479F1">
        <w:rPr>
          <w:bCs/>
        </w:rPr>
        <w:t>.</w:t>
      </w:r>
    </w:p>
    <w:p w14:paraId="4A9AA0D9" w14:textId="77777777" w:rsidR="001479F1" w:rsidRDefault="001479F1" w:rsidP="00761B67">
      <w:pPr>
        <w:spacing w:after="0"/>
        <w:jc w:val="both"/>
        <w:rPr>
          <w:bCs/>
        </w:rPr>
      </w:pPr>
      <w:r w:rsidRPr="001479F1">
        <w:rPr>
          <w:bCs/>
        </w:rPr>
        <w:br/>
        <w:t xml:space="preserve">• </w:t>
      </w:r>
      <w:proofErr w:type="spellStart"/>
      <w:r w:rsidRPr="001479F1">
        <w:rPr>
          <w:bCs/>
        </w:rPr>
        <w:t>Obezbeđuje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usklađenost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sa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Zakonom</w:t>
      </w:r>
      <w:proofErr w:type="spellEnd"/>
      <w:r w:rsidRPr="001479F1">
        <w:rPr>
          <w:bCs/>
        </w:rPr>
        <w:t xml:space="preserve"> o </w:t>
      </w:r>
      <w:proofErr w:type="spellStart"/>
      <w:r w:rsidRPr="001479F1">
        <w:rPr>
          <w:bCs/>
        </w:rPr>
        <w:t>internoj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finansijskoj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kontroli</w:t>
      </w:r>
      <w:proofErr w:type="spellEnd"/>
      <w:r w:rsidRPr="001479F1">
        <w:rPr>
          <w:bCs/>
        </w:rPr>
        <w:t xml:space="preserve"> u </w:t>
      </w:r>
      <w:proofErr w:type="spellStart"/>
      <w:r w:rsidRPr="001479F1">
        <w:rPr>
          <w:bCs/>
        </w:rPr>
        <w:t>javnom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sektoru</w:t>
      </w:r>
      <w:proofErr w:type="spellEnd"/>
      <w:r w:rsidRPr="001479F1">
        <w:rPr>
          <w:bCs/>
        </w:rPr>
        <w:t xml:space="preserve">, </w:t>
      </w:r>
      <w:proofErr w:type="spellStart"/>
      <w:r w:rsidRPr="001479F1">
        <w:rPr>
          <w:bCs/>
        </w:rPr>
        <w:t>Zakonom</w:t>
      </w:r>
      <w:proofErr w:type="spellEnd"/>
      <w:r w:rsidRPr="001479F1">
        <w:rPr>
          <w:bCs/>
        </w:rPr>
        <w:t xml:space="preserve"> o </w:t>
      </w:r>
      <w:proofErr w:type="spellStart"/>
      <w:r w:rsidRPr="001479F1">
        <w:rPr>
          <w:bCs/>
        </w:rPr>
        <w:t>javnim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preduzećima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i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politikama</w:t>
      </w:r>
      <w:proofErr w:type="spellEnd"/>
      <w:r w:rsidRPr="001479F1">
        <w:rPr>
          <w:bCs/>
        </w:rPr>
        <w:t xml:space="preserve"> KMDK-a.</w:t>
      </w:r>
    </w:p>
    <w:p w14:paraId="7B52550C" w14:textId="00189862" w:rsidR="001479F1" w:rsidRDefault="001479F1" w:rsidP="00761B67">
      <w:pPr>
        <w:spacing w:after="0"/>
        <w:jc w:val="both"/>
        <w:rPr>
          <w:bCs/>
        </w:rPr>
      </w:pPr>
      <w:r w:rsidRPr="001479F1">
        <w:rPr>
          <w:bCs/>
        </w:rPr>
        <w:br/>
        <w:t xml:space="preserve">• </w:t>
      </w:r>
      <w:proofErr w:type="spellStart"/>
      <w:r w:rsidRPr="001479F1">
        <w:rPr>
          <w:bCs/>
        </w:rPr>
        <w:t>Obavlja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i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druge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zadatke</w:t>
      </w:r>
      <w:proofErr w:type="spellEnd"/>
      <w:r w:rsidRPr="001479F1">
        <w:rPr>
          <w:bCs/>
        </w:rPr>
        <w:t xml:space="preserve"> u </w:t>
      </w:r>
      <w:proofErr w:type="spellStart"/>
      <w:r w:rsidRPr="001479F1">
        <w:rPr>
          <w:bCs/>
        </w:rPr>
        <w:t>okviru</w:t>
      </w:r>
      <w:proofErr w:type="spellEnd"/>
      <w:r w:rsidRPr="001479F1">
        <w:rPr>
          <w:bCs/>
        </w:rPr>
        <w:t xml:space="preserve"> interne </w:t>
      </w:r>
      <w:proofErr w:type="spellStart"/>
      <w:r w:rsidRPr="001479F1">
        <w:rPr>
          <w:bCs/>
        </w:rPr>
        <w:t>revizije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koje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delegira</w:t>
      </w:r>
      <w:proofErr w:type="spellEnd"/>
      <w:r w:rsidRPr="001479F1">
        <w:rPr>
          <w:bCs/>
        </w:rPr>
        <w:t xml:space="preserve"> </w:t>
      </w:r>
      <w:proofErr w:type="spellStart"/>
      <w:r w:rsidRPr="001479F1">
        <w:rPr>
          <w:bCs/>
        </w:rPr>
        <w:t>Službenik</w:t>
      </w:r>
      <w:proofErr w:type="spellEnd"/>
      <w:r w:rsidRPr="001479F1">
        <w:rPr>
          <w:bCs/>
        </w:rPr>
        <w:t xml:space="preserve"> interne </w:t>
      </w:r>
      <w:proofErr w:type="spellStart"/>
      <w:r w:rsidRPr="001479F1">
        <w:rPr>
          <w:bCs/>
        </w:rPr>
        <w:t>revizije</w:t>
      </w:r>
      <w:proofErr w:type="spellEnd"/>
      <w:r w:rsidRPr="001479F1">
        <w:rPr>
          <w:bCs/>
        </w:rPr>
        <w:t>.</w:t>
      </w:r>
    </w:p>
    <w:p w14:paraId="0092A84A" w14:textId="77777777" w:rsidR="001479F1" w:rsidRPr="001479F1" w:rsidRDefault="001479F1" w:rsidP="001479F1">
      <w:pPr>
        <w:spacing w:after="0" w:line="240" w:lineRule="auto"/>
        <w:jc w:val="both"/>
        <w:rPr>
          <w:bCs/>
        </w:rPr>
      </w:pPr>
    </w:p>
    <w:p w14:paraId="055C9C50" w14:textId="77777777" w:rsidR="001479F1" w:rsidRDefault="001479F1" w:rsidP="006C0B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highlight w:val="white"/>
          <w:u w:val="single"/>
          <w:lang w:val="sq-AL"/>
        </w:rPr>
      </w:pPr>
    </w:p>
    <w:p w14:paraId="06CD7A74" w14:textId="7AB1782F" w:rsidR="003D342B" w:rsidRPr="006C0B0B" w:rsidRDefault="006C0B0B" w:rsidP="006C0B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highlight w:val="white"/>
          <w:u w:val="single"/>
          <w:lang w:val="sq-AL"/>
        </w:rPr>
      </w:pPr>
      <w:proofErr w:type="spellStart"/>
      <w:r w:rsidRPr="006C0B0B">
        <w:rPr>
          <w:rFonts w:ascii="Times New Roman" w:eastAsia="Times New Roman" w:hAnsi="Times New Roman" w:cs="Times New Roman"/>
          <w:b/>
          <w:highlight w:val="white"/>
          <w:u w:val="single"/>
          <w:lang w:val="sq-AL"/>
        </w:rPr>
        <w:t>Iskustvo</w:t>
      </w:r>
      <w:proofErr w:type="spellEnd"/>
      <w:r w:rsidRPr="006C0B0B">
        <w:rPr>
          <w:rFonts w:ascii="Times New Roman" w:eastAsia="Times New Roman" w:hAnsi="Times New Roman" w:cs="Times New Roman"/>
          <w:b/>
          <w:highlight w:val="white"/>
          <w:u w:val="single"/>
          <w:lang w:val="sq-AL"/>
        </w:rPr>
        <w:t>/</w:t>
      </w:r>
      <w:proofErr w:type="spellStart"/>
      <w:r w:rsidRPr="006C0B0B">
        <w:rPr>
          <w:rFonts w:ascii="Times New Roman" w:eastAsia="Times New Roman" w:hAnsi="Times New Roman" w:cs="Times New Roman"/>
          <w:b/>
          <w:highlight w:val="white"/>
          <w:u w:val="single"/>
          <w:lang w:val="sq-AL"/>
        </w:rPr>
        <w:t>Obrazovanje</w:t>
      </w:r>
      <w:proofErr w:type="spellEnd"/>
      <w:r w:rsidRPr="006C0B0B">
        <w:rPr>
          <w:rFonts w:ascii="Times New Roman" w:eastAsia="Times New Roman" w:hAnsi="Times New Roman" w:cs="Times New Roman"/>
          <w:b/>
          <w:highlight w:val="white"/>
          <w:u w:val="single"/>
          <w:lang w:val="sq-AL"/>
        </w:rPr>
        <w:t>:</w:t>
      </w:r>
    </w:p>
    <w:p w14:paraId="05C56A87" w14:textId="77777777" w:rsidR="001479F1" w:rsidRDefault="001479F1" w:rsidP="001479F1">
      <w:pPr>
        <w:pStyle w:val="NormalWeb"/>
      </w:pPr>
      <w:r w:rsidRPr="001479F1">
        <w:t xml:space="preserve">• </w:t>
      </w:r>
      <w:proofErr w:type="spellStart"/>
      <w:r w:rsidRPr="001479F1">
        <w:t>Univerzitetska</w:t>
      </w:r>
      <w:proofErr w:type="spellEnd"/>
      <w:r w:rsidRPr="001479F1">
        <w:t xml:space="preserve"> diploma </w:t>
      </w:r>
      <w:proofErr w:type="spellStart"/>
      <w:r w:rsidRPr="001479F1">
        <w:t>iz</w:t>
      </w:r>
      <w:proofErr w:type="spellEnd"/>
      <w:r w:rsidRPr="001479F1">
        <w:t xml:space="preserve"> </w:t>
      </w:r>
      <w:proofErr w:type="spellStart"/>
      <w:r w:rsidRPr="001479F1">
        <w:t>ekonomije</w:t>
      </w:r>
      <w:proofErr w:type="spellEnd"/>
      <w:r w:rsidRPr="001479F1">
        <w:t xml:space="preserve">, </w:t>
      </w:r>
      <w:proofErr w:type="spellStart"/>
      <w:r w:rsidRPr="001479F1">
        <w:t>finansija</w:t>
      </w:r>
      <w:proofErr w:type="spellEnd"/>
      <w:r w:rsidRPr="001479F1">
        <w:t xml:space="preserve">, </w:t>
      </w:r>
      <w:proofErr w:type="spellStart"/>
      <w:r w:rsidRPr="001479F1">
        <w:t>računovodstva</w:t>
      </w:r>
      <w:proofErr w:type="spellEnd"/>
      <w:r w:rsidRPr="001479F1">
        <w:t xml:space="preserve">, </w:t>
      </w:r>
      <w:proofErr w:type="spellStart"/>
      <w:r w:rsidRPr="001479F1">
        <w:t>prava</w:t>
      </w:r>
      <w:proofErr w:type="spellEnd"/>
      <w:r w:rsidRPr="001479F1">
        <w:t xml:space="preserve">, </w:t>
      </w:r>
      <w:proofErr w:type="spellStart"/>
      <w:r w:rsidRPr="001479F1">
        <w:t>javne</w:t>
      </w:r>
      <w:proofErr w:type="spellEnd"/>
      <w:r w:rsidRPr="001479F1">
        <w:t xml:space="preserve"> </w:t>
      </w:r>
      <w:proofErr w:type="spellStart"/>
      <w:r w:rsidRPr="001479F1">
        <w:t>administracije</w:t>
      </w:r>
      <w:proofErr w:type="spellEnd"/>
      <w:r w:rsidRPr="001479F1">
        <w:t xml:space="preserve"> </w:t>
      </w:r>
      <w:proofErr w:type="spellStart"/>
      <w:r w:rsidRPr="001479F1">
        <w:t>ili</w:t>
      </w:r>
      <w:proofErr w:type="spellEnd"/>
      <w:r w:rsidRPr="001479F1">
        <w:t xml:space="preserve"> </w:t>
      </w:r>
      <w:proofErr w:type="spellStart"/>
      <w:r w:rsidRPr="001479F1">
        <w:t>srodnih</w:t>
      </w:r>
      <w:proofErr w:type="spellEnd"/>
      <w:r w:rsidRPr="001479F1">
        <w:t xml:space="preserve"> </w:t>
      </w:r>
      <w:proofErr w:type="spellStart"/>
      <w:r w:rsidRPr="001479F1">
        <w:t>oblasti</w:t>
      </w:r>
      <w:proofErr w:type="spellEnd"/>
      <w:r>
        <w:t>.</w:t>
      </w:r>
    </w:p>
    <w:p w14:paraId="67CED649" w14:textId="77777777" w:rsidR="001479F1" w:rsidRDefault="001479F1" w:rsidP="001479F1">
      <w:pPr>
        <w:pStyle w:val="NormalWeb"/>
      </w:pPr>
      <w:r w:rsidRPr="001479F1">
        <w:t xml:space="preserve">• </w:t>
      </w:r>
      <w:proofErr w:type="spellStart"/>
      <w:r w:rsidRPr="001479F1">
        <w:t>Najmanje</w:t>
      </w:r>
      <w:proofErr w:type="spellEnd"/>
      <w:r w:rsidRPr="001479F1">
        <w:t xml:space="preserve"> 3 </w:t>
      </w:r>
      <w:proofErr w:type="spellStart"/>
      <w:r w:rsidRPr="001479F1">
        <w:t>godine</w:t>
      </w:r>
      <w:proofErr w:type="spellEnd"/>
      <w:r w:rsidRPr="001479F1">
        <w:t xml:space="preserve"> </w:t>
      </w:r>
      <w:proofErr w:type="spellStart"/>
      <w:r w:rsidRPr="001479F1">
        <w:t>profesionalnog</w:t>
      </w:r>
      <w:proofErr w:type="spellEnd"/>
      <w:r w:rsidRPr="001479F1">
        <w:t xml:space="preserve"> </w:t>
      </w:r>
      <w:proofErr w:type="spellStart"/>
      <w:r w:rsidRPr="001479F1">
        <w:t>iskustva</w:t>
      </w:r>
      <w:proofErr w:type="spellEnd"/>
      <w:r w:rsidRPr="001479F1">
        <w:t xml:space="preserve"> u </w:t>
      </w:r>
      <w:proofErr w:type="spellStart"/>
      <w:r w:rsidRPr="001479F1">
        <w:t>internoj</w:t>
      </w:r>
      <w:proofErr w:type="spellEnd"/>
      <w:r w:rsidRPr="001479F1">
        <w:t xml:space="preserve"> </w:t>
      </w:r>
      <w:proofErr w:type="spellStart"/>
      <w:r w:rsidRPr="001479F1">
        <w:t>reviziji</w:t>
      </w:r>
      <w:proofErr w:type="spellEnd"/>
      <w:r w:rsidRPr="001479F1">
        <w:t>.</w:t>
      </w:r>
    </w:p>
    <w:p w14:paraId="0BDD7543" w14:textId="77777777" w:rsidR="001479F1" w:rsidRDefault="001479F1" w:rsidP="001479F1">
      <w:pPr>
        <w:pStyle w:val="NormalWeb"/>
      </w:pPr>
      <w:r w:rsidRPr="001479F1">
        <w:lastRenderedPageBreak/>
        <w:t xml:space="preserve">• </w:t>
      </w:r>
      <w:proofErr w:type="spellStart"/>
      <w:r w:rsidRPr="001479F1">
        <w:t>Sertifikacija</w:t>
      </w:r>
      <w:proofErr w:type="spellEnd"/>
      <w:r w:rsidRPr="001479F1">
        <w:t xml:space="preserve"> </w:t>
      </w:r>
      <w:proofErr w:type="spellStart"/>
      <w:r w:rsidRPr="001479F1">
        <w:t>iz</w:t>
      </w:r>
      <w:proofErr w:type="spellEnd"/>
      <w:r w:rsidRPr="001479F1">
        <w:t xml:space="preserve"> interne </w:t>
      </w:r>
      <w:proofErr w:type="spellStart"/>
      <w:r w:rsidRPr="001479F1">
        <w:t>revizije</w:t>
      </w:r>
      <w:proofErr w:type="spellEnd"/>
      <w:r w:rsidRPr="001479F1">
        <w:t xml:space="preserve"> u </w:t>
      </w:r>
      <w:proofErr w:type="spellStart"/>
      <w:r w:rsidRPr="001479F1">
        <w:t>skladu</w:t>
      </w:r>
      <w:proofErr w:type="spellEnd"/>
      <w:r w:rsidRPr="001479F1">
        <w:t xml:space="preserve"> </w:t>
      </w:r>
      <w:proofErr w:type="spellStart"/>
      <w:r w:rsidRPr="001479F1">
        <w:t>sa</w:t>
      </w:r>
      <w:proofErr w:type="spellEnd"/>
      <w:r w:rsidRPr="001479F1">
        <w:t xml:space="preserve"> </w:t>
      </w:r>
      <w:proofErr w:type="spellStart"/>
      <w:r w:rsidRPr="001479F1">
        <w:t>Zakonom</w:t>
      </w:r>
      <w:proofErr w:type="spellEnd"/>
      <w:r w:rsidRPr="001479F1">
        <w:t xml:space="preserve"> o </w:t>
      </w:r>
      <w:proofErr w:type="spellStart"/>
      <w:r w:rsidRPr="001479F1">
        <w:t>internoj</w:t>
      </w:r>
      <w:proofErr w:type="spellEnd"/>
      <w:r w:rsidRPr="001479F1">
        <w:t xml:space="preserve"> </w:t>
      </w:r>
      <w:proofErr w:type="spellStart"/>
      <w:r w:rsidRPr="001479F1">
        <w:t>finansijskoj</w:t>
      </w:r>
      <w:proofErr w:type="spellEnd"/>
      <w:r w:rsidRPr="001479F1">
        <w:t xml:space="preserve"> </w:t>
      </w:r>
      <w:proofErr w:type="spellStart"/>
      <w:r w:rsidRPr="001479F1">
        <w:t>kontroli</w:t>
      </w:r>
      <w:proofErr w:type="spellEnd"/>
      <w:r w:rsidRPr="001479F1">
        <w:t xml:space="preserve"> u </w:t>
      </w:r>
      <w:proofErr w:type="spellStart"/>
      <w:r w:rsidRPr="001479F1">
        <w:t>javnom</w:t>
      </w:r>
      <w:proofErr w:type="spellEnd"/>
      <w:r w:rsidRPr="001479F1">
        <w:t xml:space="preserve"> </w:t>
      </w:r>
      <w:proofErr w:type="spellStart"/>
      <w:r w:rsidRPr="001479F1">
        <w:t>sektoru</w:t>
      </w:r>
      <w:proofErr w:type="spellEnd"/>
      <w:r w:rsidRPr="001479F1">
        <w:t>.</w:t>
      </w:r>
    </w:p>
    <w:p w14:paraId="65A61BA2" w14:textId="77777777" w:rsidR="001479F1" w:rsidRDefault="001479F1" w:rsidP="001479F1">
      <w:pPr>
        <w:pStyle w:val="NormalWeb"/>
      </w:pPr>
      <w:r w:rsidRPr="001479F1">
        <w:t xml:space="preserve">• Dobro </w:t>
      </w:r>
      <w:proofErr w:type="spellStart"/>
      <w:r w:rsidRPr="001479F1">
        <w:t>poznavanje</w:t>
      </w:r>
      <w:proofErr w:type="spellEnd"/>
      <w:r w:rsidRPr="001479F1">
        <w:t xml:space="preserve"> rada </w:t>
      </w:r>
      <w:proofErr w:type="spellStart"/>
      <w:r w:rsidRPr="001479F1">
        <w:t>na</w:t>
      </w:r>
      <w:proofErr w:type="spellEnd"/>
      <w:r w:rsidRPr="001479F1">
        <w:t xml:space="preserve"> </w:t>
      </w:r>
      <w:proofErr w:type="spellStart"/>
      <w:r w:rsidRPr="001479F1">
        <w:t>računaru</w:t>
      </w:r>
      <w:proofErr w:type="spellEnd"/>
      <w:r w:rsidRPr="001479F1">
        <w:t xml:space="preserve"> (Word, Excel; </w:t>
      </w:r>
      <w:proofErr w:type="spellStart"/>
      <w:r w:rsidRPr="001479F1">
        <w:t>poželjno</w:t>
      </w:r>
      <w:proofErr w:type="spellEnd"/>
      <w:r w:rsidRPr="001479F1">
        <w:t xml:space="preserve"> </w:t>
      </w:r>
      <w:proofErr w:type="spellStart"/>
      <w:r w:rsidRPr="001479F1">
        <w:t>poznavanje</w:t>
      </w:r>
      <w:proofErr w:type="spellEnd"/>
      <w:r w:rsidRPr="001479F1">
        <w:t xml:space="preserve"> </w:t>
      </w:r>
      <w:proofErr w:type="spellStart"/>
      <w:r w:rsidRPr="001479F1">
        <w:t>računovodstvenih</w:t>
      </w:r>
      <w:proofErr w:type="spellEnd"/>
      <w:r w:rsidRPr="001479F1">
        <w:t>/</w:t>
      </w:r>
      <w:proofErr w:type="spellStart"/>
      <w:r w:rsidRPr="001479F1">
        <w:t>menadžerskih</w:t>
      </w:r>
      <w:proofErr w:type="spellEnd"/>
      <w:r w:rsidRPr="001479F1">
        <w:t xml:space="preserve"> </w:t>
      </w:r>
      <w:proofErr w:type="spellStart"/>
      <w:r w:rsidRPr="001479F1">
        <w:t>softvera</w:t>
      </w:r>
      <w:proofErr w:type="spellEnd"/>
      <w:r w:rsidRPr="001479F1">
        <w:t>).</w:t>
      </w:r>
    </w:p>
    <w:p w14:paraId="45C8921E" w14:textId="77777777" w:rsidR="001479F1" w:rsidRDefault="001479F1" w:rsidP="001479F1">
      <w:pPr>
        <w:pStyle w:val="NormalWeb"/>
      </w:pPr>
      <w:r w:rsidRPr="001479F1">
        <w:t xml:space="preserve">• Dobre </w:t>
      </w:r>
      <w:proofErr w:type="spellStart"/>
      <w:r w:rsidRPr="001479F1">
        <w:t>komunikacione</w:t>
      </w:r>
      <w:proofErr w:type="spellEnd"/>
      <w:r w:rsidRPr="001479F1">
        <w:t xml:space="preserve"> </w:t>
      </w:r>
      <w:proofErr w:type="spellStart"/>
      <w:r w:rsidRPr="001479F1">
        <w:t>veštine</w:t>
      </w:r>
      <w:proofErr w:type="spellEnd"/>
      <w:r w:rsidRPr="001479F1">
        <w:t xml:space="preserve"> </w:t>
      </w:r>
      <w:proofErr w:type="spellStart"/>
      <w:r w:rsidRPr="001479F1">
        <w:t>na</w:t>
      </w:r>
      <w:proofErr w:type="spellEnd"/>
      <w:r w:rsidRPr="001479F1">
        <w:t xml:space="preserve"> </w:t>
      </w:r>
      <w:proofErr w:type="spellStart"/>
      <w:r w:rsidRPr="001479F1">
        <w:t>albanskom</w:t>
      </w:r>
      <w:proofErr w:type="spellEnd"/>
      <w:r w:rsidRPr="001479F1">
        <w:t xml:space="preserve"> </w:t>
      </w:r>
      <w:proofErr w:type="spellStart"/>
      <w:r w:rsidRPr="001479F1">
        <w:t>jeziku</w:t>
      </w:r>
      <w:proofErr w:type="spellEnd"/>
      <w:r w:rsidRPr="001479F1">
        <w:t xml:space="preserve">; </w:t>
      </w:r>
      <w:proofErr w:type="spellStart"/>
      <w:r w:rsidRPr="001479F1">
        <w:t>poželjno</w:t>
      </w:r>
      <w:proofErr w:type="spellEnd"/>
      <w:r w:rsidRPr="001479F1">
        <w:t xml:space="preserve"> </w:t>
      </w:r>
      <w:proofErr w:type="spellStart"/>
      <w:r w:rsidRPr="001479F1">
        <w:t>poznavanje</w:t>
      </w:r>
      <w:proofErr w:type="spellEnd"/>
      <w:r w:rsidRPr="001479F1">
        <w:t xml:space="preserve"> </w:t>
      </w:r>
      <w:proofErr w:type="spellStart"/>
      <w:r w:rsidRPr="001479F1">
        <w:t>engleskog</w:t>
      </w:r>
      <w:proofErr w:type="spellEnd"/>
      <w:r w:rsidRPr="001479F1">
        <w:t xml:space="preserve"> </w:t>
      </w:r>
      <w:proofErr w:type="spellStart"/>
      <w:r w:rsidRPr="001479F1">
        <w:t>jezika</w:t>
      </w:r>
      <w:proofErr w:type="spellEnd"/>
      <w:r w:rsidRPr="001479F1">
        <w:t>.</w:t>
      </w:r>
    </w:p>
    <w:p w14:paraId="7836D484" w14:textId="3A9A7060" w:rsidR="00937A4F" w:rsidRDefault="006C0B0B" w:rsidP="001479F1">
      <w:pPr>
        <w:pStyle w:val="NormalWeb"/>
        <w:rPr>
          <w:b/>
          <w:u w:val="single"/>
          <w:lang w:val="sq-AL"/>
        </w:rPr>
      </w:pPr>
      <w:proofErr w:type="spellStart"/>
      <w:r w:rsidRPr="006C0B0B">
        <w:rPr>
          <w:b/>
          <w:highlight w:val="white"/>
          <w:u w:val="single"/>
          <w:lang w:val="sq-AL"/>
        </w:rPr>
        <w:t>Znanja</w:t>
      </w:r>
      <w:proofErr w:type="spellEnd"/>
      <w:r w:rsidRPr="006C0B0B">
        <w:rPr>
          <w:b/>
          <w:highlight w:val="white"/>
          <w:u w:val="single"/>
          <w:lang w:val="sq-AL"/>
        </w:rPr>
        <w:t xml:space="preserve"> i </w:t>
      </w:r>
      <w:proofErr w:type="spellStart"/>
      <w:r w:rsidRPr="006C0B0B">
        <w:rPr>
          <w:b/>
          <w:highlight w:val="white"/>
          <w:u w:val="single"/>
          <w:lang w:val="sq-AL"/>
        </w:rPr>
        <w:t>Veštine</w:t>
      </w:r>
      <w:proofErr w:type="spellEnd"/>
      <w:r w:rsidRPr="006C0B0B">
        <w:rPr>
          <w:b/>
          <w:highlight w:val="white"/>
          <w:u w:val="single"/>
          <w:lang w:val="sq-AL"/>
        </w:rPr>
        <w:t>:</w:t>
      </w:r>
    </w:p>
    <w:p w14:paraId="5254CC3D" w14:textId="77777777" w:rsidR="001479F1" w:rsidRDefault="001479F1" w:rsidP="001479F1">
      <w:p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 xml:space="preserve">• Visok </w:t>
      </w:r>
      <w:proofErr w:type="spellStart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integritet</w:t>
      </w:r>
      <w:proofErr w:type="spellEnd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i</w:t>
      </w:r>
      <w:proofErr w:type="spellEnd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objektivnost</w:t>
      </w:r>
      <w:proofErr w:type="spellEnd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 xml:space="preserve"> u </w:t>
      </w:r>
      <w:proofErr w:type="spellStart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radu</w:t>
      </w:r>
      <w:proofErr w:type="spellEnd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14:paraId="493EB477" w14:textId="77777777" w:rsidR="001479F1" w:rsidRDefault="001479F1" w:rsidP="001479F1">
      <w:p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 xml:space="preserve">• </w:t>
      </w:r>
      <w:proofErr w:type="spellStart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Analitičke</w:t>
      </w:r>
      <w:proofErr w:type="spellEnd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sposobnosti</w:t>
      </w:r>
      <w:proofErr w:type="spellEnd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i</w:t>
      </w:r>
      <w:proofErr w:type="spellEnd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kritičko</w:t>
      </w:r>
      <w:proofErr w:type="spellEnd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razmišljanje</w:t>
      </w:r>
      <w:proofErr w:type="spellEnd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544D0ED9" w14:textId="77777777" w:rsidR="001479F1" w:rsidRDefault="001479F1" w:rsidP="001479F1">
      <w:p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 xml:space="preserve">• </w:t>
      </w:r>
      <w:proofErr w:type="spellStart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Pažnja</w:t>
      </w:r>
      <w:proofErr w:type="spellEnd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posvećena</w:t>
      </w:r>
      <w:proofErr w:type="spellEnd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detaljima</w:t>
      </w:r>
      <w:proofErr w:type="spellEnd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i</w:t>
      </w:r>
      <w:proofErr w:type="spellEnd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tehničkoj</w:t>
      </w:r>
      <w:proofErr w:type="spellEnd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dokumentaciji</w:t>
      </w:r>
      <w:proofErr w:type="spellEnd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548E091A" w14:textId="77777777" w:rsidR="001479F1" w:rsidRDefault="001479F1" w:rsidP="001479F1">
      <w:p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 xml:space="preserve">• </w:t>
      </w:r>
      <w:proofErr w:type="spellStart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Sposobnost</w:t>
      </w:r>
      <w:proofErr w:type="spellEnd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 xml:space="preserve"> rada </w:t>
      </w:r>
      <w:proofErr w:type="spellStart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samostalno</w:t>
      </w:r>
      <w:proofErr w:type="spellEnd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i</w:t>
      </w:r>
      <w:proofErr w:type="spellEnd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 xml:space="preserve"> u </w:t>
      </w:r>
      <w:proofErr w:type="spellStart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timu</w:t>
      </w:r>
      <w:proofErr w:type="spellEnd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0606B97D" w14:textId="3EF83ECD" w:rsidR="00C8125F" w:rsidRDefault="001479F1" w:rsidP="001479F1">
      <w:p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 xml:space="preserve">• </w:t>
      </w:r>
      <w:proofErr w:type="spellStart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Sposobnost</w:t>
      </w:r>
      <w:proofErr w:type="spellEnd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 xml:space="preserve"> rada pod </w:t>
      </w:r>
      <w:proofErr w:type="spellStart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vremenskim</w:t>
      </w:r>
      <w:proofErr w:type="spellEnd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rokovima</w:t>
      </w:r>
      <w:proofErr w:type="spellEnd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i</w:t>
      </w:r>
      <w:proofErr w:type="spellEnd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pritiskom</w:t>
      </w:r>
      <w:proofErr w:type="spellEnd"/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40677782" w14:textId="77777777" w:rsidR="004200C9" w:rsidRDefault="004200C9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</w:p>
    <w:p w14:paraId="5C608679" w14:textId="77777777" w:rsidR="006C0B0B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</w:p>
    <w:p w14:paraId="567C4537" w14:textId="48C16BD2" w:rsidR="006C0B0B" w:rsidRDefault="006C0B0B" w:rsidP="00446EF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  <w:r w:rsidRPr="000B2F9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 xml:space="preserve">Procedura </w:t>
      </w:r>
      <w:proofErr w:type="spellStart"/>
      <w:r w:rsidRPr="000B2F9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Konkursa</w:t>
      </w:r>
      <w:proofErr w:type="spellEnd"/>
      <w:r w:rsidRPr="000B2F9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:</w:t>
      </w:r>
    </w:p>
    <w:p w14:paraId="4FE2E8C5" w14:textId="77777777" w:rsidR="00446EF7" w:rsidRPr="00446EF7" w:rsidRDefault="00446EF7" w:rsidP="00446EF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</w:p>
    <w:p w14:paraId="5EAB4AAD" w14:textId="11CDABAE" w:rsidR="001479F1" w:rsidRPr="001479F1" w:rsidRDefault="001479F1" w:rsidP="001479F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479F1">
        <w:rPr>
          <w:rFonts w:ascii="Times New Roman" w:hAnsi="Times New Roman" w:cs="Times New Roman"/>
          <w:sz w:val="24"/>
          <w:szCs w:val="24"/>
        </w:rPr>
        <w:t>Zainteresovani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kandidati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mogu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preuzeti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zvanični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obrazac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kancelarijama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Sektora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Ljudske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Resurse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u KMDK </w:t>
      </w:r>
      <w:r w:rsidR="00761B67">
        <w:rPr>
          <w:rFonts w:ascii="Times New Roman" w:hAnsi="Times New Roman" w:cs="Times New Roman"/>
          <w:sz w:val="24"/>
          <w:szCs w:val="24"/>
        </w:rPr>
        <w:t>A.D.</w:t>
      </w:r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ili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ga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preuzeti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internet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stranice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: </w:t>
      </w:r>
      <w:hyperlink r:id="rId7" w:tgtFrame="_new" w:history="1">
        <w:r w:rsidRPr="001479F1">
          <w:rPr>
            <w:rStyle w:val="Hyperlink"/>
            <w:rFonts w:ascii="Times New Roman" w:hAnsi="Times New Roman" w:cs="Times New Roman"/>
            <w:sz w:val="24"/>
            <w:szCs w:val="24"/>
          </w:rPr>
          <w:t>https://kmdk-ks.org/</w:t>
        </w:r>
      </w:hyperlink>
      <w:r w:rsidRPr="001479F1">
        <w:rPr>
          <w:rFonts w:ascii="Times New Roman" w:hAnsi="Times New Roman" w:cs="Times New Roman"/>
          <w:sz w:val="24"/>
          <w:szCs w:val="24"/>
        </w:rPr>
        <w:t>.</w:t>
      </w:r>
    </w:p>
    <w:p w14:paraId="6C5CA5D6" w14:textId="77777777" w:rsidR="001479F1" w:rsidRPr="001479F1" w:rsidRDefault="001479F1" w:rsidP="001479F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479F1">
        <w:rPr>
          <w:rFonts w:ascii="Times New Roman" w:hAnsi="Times New Roman" w:cs="Times New Roman"/>
          <w:sz w:val="24"/>
          <w:szCs w:val="24"/>
        </w:rPr>
        <w:t>Dokumentacija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može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dostaviti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>:</w:t>
      </w:r>
    </w:p>
    <w:p w14:paraId="3952FE86" w14:textId="77777777" w:rsidR="001479F1" w:rsidRPr="001479F1" w:rsidRDefault="001479F1" w:rsidP="001479F1">
      <w:pPr>
        <w:numPr>
          <w:ilvl w:val="0"/>
          <w:numId w:val="30"/>
        </w:num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1479F1">
        <w:rPr>
          <w:rFonts w:ascii="Times New Roman" w:hAnsi="Times New Roman" w:cs="Times New Roman"/>
          <w:b/>
          <w:bCs/>
          <w:sz w:val="24"/>
          <w:szCs w:val="24"/>
        </w:rPr>
        <w:t>elektronski</w:t>
      </w:r>
      <w:proofErr w:type="spellEnd"/>
      <w:r w:rsidRPr="001479F1">
        <w:rPr>
          <w:rFonts w:ascii="Times New Roman" w:hAnsi="Times New Roman" w:cs="Times New Roman"/>
          <w:b/>
          <w:bCs/>
          <w:sz w:val="24"/>
          <w:szCs w:val="24"/>
        </w:rPr>
        <w:t>,</w:t>
      </w:r>
    </w:p>
    <w:p w14:paraId="3FFB3737" w14:textId="77777777" w:rsidR="001479F1" w:rsidRPr="001479F1" w:rsidRDefault="001479F1" w:rsidP="001479F1">
      <w:pPr>
        <w:numPr>
          <w:ilvl w:val="0"/>
          <w:numId w:val="30"/>
        </w:num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1479F1">
        <w:rPr>
          <w:rFonts w:ascii="Times New Roman" w:hAnsi="Times New Roman" w:cs="Times New Roman"/>
          <w:b/>
          <w:bCs/>
          <w:sz w:val="24"/>
          <w:szCs w:val="24"/>
        </w:rPr>
        <w:t>putem</w:t>
      </w:r>
      <w:proofErr w:type="spellEnd"/>
      <w:r w:rsidRPr="001479F1">
        <w:rPr>
          <w:rFonts w:ascii="Times New Roman" w:hAnsi="Times New Roman" w:cs="Times New Roman"/>
          <w:b/>
          <w:bCs/>
          <w:sz w:val="24"/>
          <w:szCs w:val="24"/>
        </w:rPr>
        <w:t xml:space="preserve"> e-mail </w:t>
      </w:r>
      <w:proofErr w:type="spellStart"/>
      <w:r w:rsidRPr="001479F1">
        <w:rPr>
          <w:rFonts w:ascii="Times New Roman" w:hAnsi="Times New Roman" w:cs="Times New Roman"/>
          <w:b/>
          <w:bCs/>
          <w:sz w:val="24"/>
          <w:szCs w:val="24"/>
        </w:rPr>
        <w:t>adrese</w:t>
      </w:r>
      <w:proofErr w:type="spellEnd"/>
      <w:r w:rsidRPr="001479F1">
        <w:rPr>
          <w:rFonts w:ascii="Times New Roman" w:hAnsi="Times New Roman" w:cs="Times New Roman"/>
          <w:b/>
          <w:bCs/>
          <w:sz w:val="24"/>
          <w:szCs w:val="24"/>
        </w:rPr>
        <w:t>: kmdkpunesime@gmail.com,</w:t>
      </w:r>
    </w:p>
    <w:p w14:paraId="23821F56" w14:textId="77777777" w:rsidR="001479F1" w:rsidRPr="001479F1" w:rsidRDefault="001479F1" w:rsidP="001479F1">
      <w:pPr>
        <w:numPr>
          <w:ilvl w:val="0"/>
          <w:numId w:val="30"/>
        </w:num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1479F1">
        <w:rPr>
          <w:rFonts w:ascii="Times New Roman" w:hAnsi="Times New Roman" w:cs="Times New Roman"/>
          <w:b/>
          <w:bCs/>
          <w:sz w:val="24"/>
          <w:szCs w:val="24"/>
        </w:rPr>
        <w:t>poštom</w:t>
      </w:r>
      <w:proofErr w:type="spellEnd"/>
      <w:r w:rsidRPr="001479F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b/>
          <w:bCs/>
          <w:sz w:val="24"/>
          <w:szCs w:val="24"/>
        </w:rPr>
        <w:t>ili</w:t>
      </w:r>
      <w:proofErr w:type="spellEnd"/>
    </w:p>
    <w:p w14:paraId="51F8DE5D" w14:textId="77777777" w:rsidR="001479F1" w:rsidRPr="001479F1" w:rsidRDefault="001479F1" w:rsidP="001479F1">
      <w:pPr>
        <w:numPr>
          <w:ilvl w:val="0"/>
          <w:numId w:val="30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1479F1">
        <w:rPr>
          <w:rFonts w:ascii="Times New Roman" w:hAnsi="Times New Roman" w:cs="Times New Roman"/>
          <w:b/>
          <w:bCs/>
          <w:sz w:val="24"/>
          <w:szCs w:val="24"/>
        </w:rPr>
        <w:t xml:space="preserve">u </w:t>
      </w:r>
      <w:proofErr w:type="spellStart"/>
      <w:r w:rsidRPr="001479F1">
        <w:rPr>
          <w:rFonts w:ascii="Times New Roman" w:hAnsi="Times New Roman" w:cs="Times New Roman"/>
          <w:b/>
          <w:bCs/>
          <w:sz w:val="24"/>
          <w:szCs w:val="24"/>
        </w:rPr>
        <w:t>fizičkoj</w:t>
      </w:r>
      <w:proofErr w:type="spellEnd"/>
      <w:r w:rsidRPr="001479F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b/>
          <w:bCs/>
          <w:sz w:val="24"/>
          <w:szCs w:val="24"/>
        </w:rPr>
        <w:t>kopiji</w:t>
      </w:r>
      <w:proofErr w:type="spellEnd"/>
      <w:r w:rsidRPr="001479F1">
        <w:rPr>
          <w:rFonts w:ascii="Times New Roman" w:hAnsi="Times New Roman" w:cs="Times New Roman"/>
          <w:b/>
          <w:bCs/>
          <w:sz w:val="24"/>
          <w:szCs w:val="24"/>
        </w:rPr>
        <w:t xml:space="preserve"> u </w:t>
      </w:r>
      <w:proofErr w:type="spellStart"/>
      <w:r w:rsidRPr="001479F1">
        <w:rPr>
          <w:rFonts w:ascii="Times New Roman" w:hAnsi="Times New Roman" w:cs="Times New Roman"/>
          <w:b/>
          <w:bCs/>
          <w:sz w:val="24"/>
          <w:szCs w:val="24"/>
        </w:rPr>
        <w:t>kancelarijama</w:t>
      </w:r>
      <w:proofErr w:type="spellEnd"/>
      <w:r w:rsidRPr="001479F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b/>
          <w:bCs/>
          <w:sz w:val="24"/>
          <w:szCs w:val="24"/>
        </w:rPr>
        <w:t>Sektora</w:t>
      </w:r>
      <w:proofErr w:type="spellEnd"/>
      <w:r w:rsidRPr="001479F1">
        <w:rPr>
          <w:rFonts w:ascii="Times New Roman" w:hAnsi="Times New Roman" w:cs="Times New Roman"/>
          <w:b/>
          <w:bCs/>
          <w:sz w:val="24"/>
          <w:szCs w:val="24"/>
        </w:rPr>
        <w:t xml:space="preserve"> za </w:t>
      </w:r>
      <w:proofErr w:type="spellStart"/>
      <w:r w:rsidRPr="001479F1">
        <w:rPr>
          <w:rFonts w:ascii="Times New Roman" w:hAnsi="Times New Roman" w:cs="Times New Roman"/>
          <w:b/>
          <w:bCs/>
          <w:sz w:val="24"/>
          <w:szCs w:val="24"/>
        </w:rPr>
        <w:t>Ljudske</w:t>
      </w:r>
      <w:proofErr w:type="spellEnd"/>
      <w:r w:rsidRPr="001479F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b/>
          <w:bCs/>
          <w:sz w:val="24"/>
          <w:szCs w:val="24"/>
        </w:rPr>
        <w:t>Resurse</w:t>
      </w:r>
      <w:proofErr w:type="spellEnd"/>
      <w:r w:rsidRPr="001479F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b/>
          <w:bCs/>
          <w:sz w:val="24"/>
          <w:szCs w:val="24"/>
        </w:rPr>
        <w:t>na</w:t>
      </w:r>
      <w:proofErr w:type="spellEnd"/>
      <w:r w:rsidRPr="001479F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b/>
          <w:bCs/>
          <w:sz w:val="24"/>
          <w:szCs w:val="24"/>
        </w:rPr>
        <w:t>adresi</w:t>
      </w:r>
      <w:proofErr w:type="spellEnd"/>
      <w:r w:rsidRPr="001479F1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Pr="001479F1">
        <w:rPr>
          <w:rFonts w:ascii="Times New Roman" w:hAnsi="Times New Roman" w:cs="Times New Roman"/>
          <w:b/>
          <w:bCs/>
          <w:sz w:val="24"/>
          <w:szCs w:val="24"/>
        </w:rPr>
        <w:t>Ulica</w:t>
      </w:r>
      <w:proofErr w:type="spellEnd"/>
      <w:r w:rsidRPr="001479F1">
        <w:rPr>
          <w:rFonts w:ascii="Times New Roman" w:hAnsi="Times New Roman" w:cs="Times New Roman"/>
          <w:b/>
          <w:bCs/>
          <w:sz w:val="24"/>
          <w:szCs w:val="24"/>
        </w:rPr>
        <w:t xml:space="preserve"> Gazmend Zajmi br. 41, </w:t>
      </w:r>
      <w:proofErr w:type="spellStart"/>
      <w:r w:rsidRPr="001479F1">
        <w:rPr>
          <w:rFonts w:ascii="Times New Roman" w:hAnsi="Times New Roman" w:cs="Times New Roman"/>
          <w:b/>
          <w:bCs/>
          <w:sz w:val="24"/>
          <w:szCs w:val="24"/>
        </w:rPr>
        <w:t>Priština</w:t>
      </w:r>
      <w:proofErr w:type="spellEnd"/>
      <w:r w:rsidRPr="001479F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377717F" w14:textId="77777777" w:rsidR="001479F1" w:rsidRPr="001479F1" w:rsidRDefault="001479F1" w:rsidP="001479F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479F1">
        <w:rPr>
          <w:rFonts w:ascii="Times New Roman" w:hAnsi="Times New Roman" w:cs="Times New Roman"/>
          <w:sz w:val="24"/>
          <w:szCs w:val="24"/>
        </w:rPr>
        <w:t>Aplikacija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poslata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putem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e-mail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adrese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smatra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primljenom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ukoliko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dobijete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automatsku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potvrdu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prijemu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aplikacije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Kandidati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koji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konkurišu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treba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tačno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da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navedu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svoju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adresu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kontakt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telefon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e-mail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adresu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>.</w:t>
      </w:r>
    </w:p>
    <w:p w14:paraId="7A9B9F02" w14:textId="77777777" w:rsidR="006C0B0B" w:rsidRPr="000B2F96" w:rsidRDefault="006C0B0B" w:rsidP="006C0B0B">
      <w:pPr>
        <w:rPr>
          <w:rFonts w:ascii="Times New Roman" w:hAnsi="Times New Roman" w:cs="Times New Roman"/>
          <w:sz w:val="24"/>
          <w:szCs w:val="24"/>
        </w:rPr>
      </w:pPr>
    </w:p>
    <w:p w14:paraId="3F3013E7" w14:textId="77777777" w:rsidR="006C0B0B" w:rsidRPr="000B2F96" w:rsidRDefault="006C0B0B" w:rsidP="006C0B0B">
      <w:pPr>
        <w:spacing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</w:pPr>
      <w:proofErr w:type="spellStart"/>
      <w:r w:rsidRPr="000B2F96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>Potrebna</w:t>
      </w:r>
      <w:proofErr w:type="spellEnd"/>
      <w:r w:rsidRPr="000B2F96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 xml:space="preserve"> </w:t>
      </w:r>
      <w:proofErr w:type="spellStart"/>
      <w:r w:rsidRPr="000B2F96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>dokumenta</w:t>
      </w:r>
      <w:proofErr w:type="spellEnd"/>
      <w:r w:rsidRPr="000B2F96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 xml:space="preserve"> </w:t>
      </w:r>
      <w:proofErr w:type="spellStart"/>
      <w:r w:rsidRPr="000B2F96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>za</w:t>
      </w:r>
      <w:proofErr w:type="spellEnd"/>
      <w:r w:rsidRPr="000B2F96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 xml:space="preserve"> </w:t>
      </w:r>
      <w:proofErr w:type="spellStart"/>
      <w:r w:rsidRPr="000B2F96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>prijavu</w:t>
      </w:r>
      <w:proofErr w:type="spellEnd"/>
      <w:r w:rsidRPr="000B2F96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>:</w:t>
      </w:r>
    </w:p>
    <w:p w14:paraId="32784848" w14:textId="77777777" w:rsidR="006C0B0B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B2F96">
        <w:rPr>
          <w:rFonts w:ascii="Times New Roman" w:hAnsi="Times New Roman" w:cs="Times New Roman"/>
          <w:sz w:val="24"/>
          <w:szCs w:val="24"/>
        </w:rPr>
        <w:t>Zvanični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formular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prijave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popunjen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potpisan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);</w:t>
      </w:r>
    </w:p>
    <w:p w14:paraId="4B79B0F2" w14:textId="77777777" w:rsidR="006C0B0B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B2F96">
        <w:rPr>
          <w:rFonts w:ascii="Times New Roman" w:hAnsi="Times New Roman" w:cs="Times New Roman"/>
          <w:sz w:val="24"/>
          <w:szCs w:val="24"/>
        </w:rPr>
        <w:t>Kopija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lične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karte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ili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važećeg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pasoša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;</w:t>
      </w:r>
    </w:p>
    <w:p w14:paraId="16861600" w14:textId="77777777" w:rsidR="006C0B0B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B2F96">
        <w:rPr>
          <w:rFonts w:ascii="Times New Roman" w:hAnsi="Times New Roman" w:cs="Times New Roman"/>
          <w:sz w:val="24"/>
          <w:szCs w:val="24"/>
        </w:rPr>
        <w:t>Detaljna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biografija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(CV)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radnim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iskustvom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;</w:t>
      </w:r>
    </w:p>
    <w:p w14:paraId="3106A88F" w14:textId="77777777" w:rsidR="006C0B0B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0B2F96">
        <w:rPr>
          <w:rFonts w:ascii="Times New Roman" w:hAnsi="Times New Roman" w:cs="Times New Roman"/>
          <w:sz w:val="24"/>
          <w:szCs w:val="24"/>
        </w:rPr>
        <w:lastRenderedPageBreak/>
        <w:t xml:space="preserve">Diploma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dokazi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kvalifikacijama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diplome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stečene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van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Republike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Kosovo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moraju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biti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nostrifikovane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od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strane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MONT-a);</w:t>
      </w:r>
    </w:p>
    <w:p w14:paraId="7D0ABADA" w14:textId="4D218A02" w:rsidR="006C0B0B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B2F96">
        <w:rPr>
          <w:rFonts w:ascii="Times New Roman" w:hAnsi="Times New Roman" w:cs="Times New Roman"/>
          <w:sz w:val="24"/>
          <w:szCs w:val="24"/>
        </w:rPr>
        <w:t>Dokazi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radnom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iskustvu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ugovori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potvrde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ili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izvod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iz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penzionih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doprinosa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);</w:t>
      </w:r>
    </w:p>
    <w:p w14:paraId="27EE9AB2" w14:textId="3910EFD0" w:rsidR="00D013C4" w:rsidRDefault="00761B67" w:rsidP="00D013C4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61B67">
        <w:rPr>
          <w:rFonts w:ascii="Times New Roman" w:hAnsi="Times New Roman" w:cs="Times New Roman"/>
          <w:sz w:val="24"/>
          <w:szCs w:val="24"/>
        </w:rPr>
        <w:t xml:space="preserve">Uverenje da </w:t>
      </w:r>
      <w:proofErr w:type="spellStart"/>
      <w:r w:rsidRPr="00761B67">
        <w:rPr>
          <w:rFonts w:ascii="Times New Roman" w:hAnsi="Times New Roman" w:cs="Times New Roman"/>
          <w:sz w:val="24"/>
          <w:szCs w:val="24"/>
        </w:rPr>
        <w:t>kandidat</w:t>
      </w:r>
      <w:proofErr w:type="spellEnd"/>
      <w:r w:rsidRPr="00761B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B67">
        <w:rPr>
          <w:rFonts w:ascii="Times New Roman" w:hAnsi="Times New Roman" w:cs="Times New Roman"/>
          <w:sz w:val="24"/>
          <w:szCs w:val="24"/>
        </w:rPr>
        <w:t>nije</w:t>
      </w:r>
      <w:proofErr w:type="spellEnd"/>
      <w:r w:rsidRPr="00761B67">
        <w:rPr>
          <w:rFonts w:ascii="Times New Roman" w:hAnsi="Times New Roman" w:cs="Times New Roman"/>
          <w:sz w:val="24"/>
          <w:szCs w:val="24"/>
        </w:rPr>
        <w:t xml:space="preserve"> pod </w:t>
      </w:r>
      <w:proofErr w:type="spellStart"/>
      <w:r w:rsidRPr="00761B67">
        <w:rPr>
          <w:rFonts w:ascii="Times New Roman" w:hAnsi="Times New Roman" w:cs="Times New Roman"/>
          <w:sz w:val="24"/>
          <w:szCs w:val="24"/>
        </w:rPr>
        <w:t>istragom</w:t>
      </w:r>
      <w:proofErr w:type="spellEnd"/>
      <w:r w:rsidRPr="00761B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B67">
        <w:rPr>
          <w:rFonts w:ascii="Times New Roman" w:hAnsi="Times New Roman" w:cs="Times New Roman"/>
          <w:sz w:val="24"/>
          <w:szCs w:val="24"/>
        </w:rPr>
        <w:t>niti</w:t>
      </w:r>
      <w:proofErr w:type="spellEnd"/>
      <w:r w:rsidRPr="00761B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B67">
        <w:rPr>
          <w:rFonts w:ascii="Times New Roman" w:hAnsi="Times New Roman" w:cs="Times New Roman"/>
          <w:sz w:val="24"/>
          <w:szCs w:val="24"/>
        </w:rPr>
        <w:t>osuđivan</w:t>
      </w:r>
      <w:proofErr w:type="spellEnd"/>
      <w:r w:rsidR="00D013C4" w:rsidRPr="00297C72">
        <w:rPr>
          <w:rFonts w:ascii="Times New Roman" w:hAnsi="Times New Roman" w:cs="Times New Roman"/>
          <w:sz w:val="24"/>
          <w:szCs w:val="24"/>
        </w:rPr>
        <w:t xml:space="preserve"> (</w:t>
      </w:r>
      <w:r w:rsidR="00D013C4" w:rsidRPr="00297C72">
        <w:t xml:space="preserve">ne </w:t>
      </w:r>
      <w:proofErr w:type="spellStart"/>
      <w:r w:rsidR="00D013C4" w:rsidRPr="00297C72">
        <w:t>starija</w:t>
      </w:r>
      <w:proofErr w:type="spellEnd"/>
      <w:r w:rsidR="00D013C4" w:rsidRPr="00297C72">
        <w:t xml:space="preserve"> od 3 </w:t>
      </w:r>
      <w:proofErr w:type="spellStart"/>
      <w:r w:rsidR="00D013C4" w:rsidRPr="00297C72">
        <w:t>meseca</w:t>
      </w:r>
      <w:proofErr w:type="spellEnd"/>
      <w:r w:rsidR="00D013C4" w:rsidRPr="00297C72">
        <w:t xml:space="preserve"> od </w:t>
      </w:r>
      <w:proofErr w:type="spellStart"/>
      <w:r w:rsidR="00D013C4" w:rsidRPr="00297C72">
        <w:t>datuma</w:t>
      </w:r>
      <w:proofErr w:type="spellEnd"/>
      <w:r w:rsidR="00D013C4" w:rsidRPr="00297C72">
        <w:t xml:space="preserve"> </w:t>
      </w:r>
      <w:proofErr w:type="spellStart"/>
      <w:r w:rsidR="00D013C4" w:rsidRPr="00297C72">
        <w:t>objavljivanja</w:t>
      </w:r>
      <w:proofErr w:type="spellEnd"/>
      <w:r w:rsidR="00D013C4" w:rsidRPr="00297C72">
        <w:t xml:space="preserve"> </w:t>
      </w:r>
      <w:proofErr w:type="spellStart"/>
      <w:r w:rsidR="00D013C4" w:rsidRPr="00297C72">
        <w:t>konkursa</w:t>
      </w:r>
      <w:proofErr w:type="spellEnd"/>
      <w:r w:rsidR="00D013C4" w:rsidRPr="00297C72">
        <w:rPr>
          <w:rFonts w:ascii="Times New Roman" w:hAnsi="Times New Roman" w:cs="Times New Roman"/>
          <w:sz w:val="24"/>
          <w:szCs w:val="24"/>
        </w:rPr>
        <w:t>).</w:t>
      </w:r>
    </w:p>
    <w:p w14:paraId="2B48EE66" w14:textId="1CAA63AE" w:rsidR="00D013C4" w:rsidRPr="00D013C4" w:rsidRDefault="00D013C4" w:rsidP="00D013C4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t>Motivaciono</w:t>
      </w:r>
      <w:proofErr w:type="spellEnd"/>
      <w:r>
        <w:t xml:space="preserve"> pismo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prikazuje</w:t>
      </w:r>
      <w:proofErr w:type="spellEnd"/>
      <w:r>
        <w:t xml:space="preserve"> </w:t>
      </w:r>
      <w:proofErr w:type="spellStart"/>
      <w:r>
        <w:t>vezu</w:t>
      </w:r>
      <w:proofErr w:type="spellEnd"/>
      <w:r>
        <w:t xml:space="preserve"> </w:t>
      </w:r>
      <w:proofErr w:type="spellStart"/>
      <w:r>
        <w:t>između</w:t>
      </w:r>
      <w:proofErr w:type="spellEnd"/>
      <w:r>
        <w:t xml:space="preserve"> </w:t>
      </w:r>
      <w:proofErr w:type="spellStart"/>
      <w:r>
        <w:t>profesionalnog</w:t>
      </w:r>
      <w:proofErr w:type="spellEnd"/>
      <w:r>
        <w:t xml:space="preserve"> </w:t>
      </w:r>
      <w:proofErr w:type="spellStart"/>
      <w:r>
        <w:t>iskustva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kvalifikacija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oglašenom</w:t>
      </w:r>
      <w:proofErr w:type="spellEnd"/>
      <w:r>
        <w:t xml:space="preserve"> </w:t>
      </w:r>
      <w:proofErr w:type="spellStart"/>
      <w:r>
        <w:t>pozicijom</w:t>
      </w:r>
      <w:proofErr w:type="spellEnd"/>
      <w:r>
        <w:t>.</w:t>
      </w:r>
    </w:p>
    <w:p w14:paraId="1E46C116" w14:textId="2341013F" w:rsidR="006C0B0B" w:rsidRPr="000B2F96" w:rsidRDefault="001479F1" w:rsidP="001479F1">
      <w:pPr>
        <w:pStyle w:val="NormalWeb"/>
        <w:spacing w:line="276" w:lineRule="auto"/>
      </w:pPr>
      <w:proofErr w:type="spellStart"/>
      <w:r>
        <w:t>Nepotpuna</w:t>
      </w:r>
      <w:proofErr w:type="spellEnd"/>
      <w:r>
        <w:t xml:space="preserve"> </w:t>
      </w:r>
      <w:proofErr w:type="spellStart"/>
      <w:r>
        <w:t>dokumentacija</w:t>
      </w:r>
      <w:proofErr w:type="spellEnd"/>
      <w:r>
        <w:t xml:space="preserve"> </w:t>
      </w:r>
      <w:proofErr w:type="spellStart"/>
      <w:r>
        <w:t>dovodi</w:t>
      </w:r>
      <w:proofErr w:type="spellEnd"/>
      <w:r>
        <w:t xml:space="preserve"> do </w:t>
      </w:r>
      <w:proofErr w:type="spellStart"/>
      <w:r>
        <w:t>diskvalifikacije</w:t>
      </w:r>
      <w:proofErr w:type="spellEnd"/>
      <w:r>
        <w:t xml:space="preserve">. </w:t>
      </w:r>
      <w:proofErr w:type="spellStart"/>
      <w:r>
        <w:t>Kandidati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odgovorni</w:t>
      </w:r>
      <w:proofErr w:type="spellEnd"/>
      <w:r>
        <w:t xml:space="preserve"> za </w:t>
      </w:r>
      <w:proofErr w:type="spellStart"/>
      <w:r>
        <w:t>tačno</w:t>
      </w:r>
      <w:proofErr w:type="spellEnd"/>
      <w:r>
        <w:t xml:space="preserve"> </w:t>
      </w:r>
      <w:proofErr w:type="spellStart"/>
      <w:r>
        <w:t>popunjavanje</w:t>
      </w:r>
      <w:proofErr w:type="spellEnd"/>
      <w:r>
        <w:t xml:space="preserve"> </w:t>
      </w:r>
      <w:proofErr w:type="spellStart"/>
      <w:r>
        <w:t>aplikacije</w:t>
      </w:r>
      <w:proofErr w:type="spellEnd"/>
      <w:r>
        <w:t xml:space="preserve">. KMDK </w:t>
      </w:r>
      <w:r w:rsidR="00761B67">
        <w:t>A.D.</w:t>
      </w:r>
      <w:r>
        <w:t xml:space="preserve"> </w:t>
      </w:r>
      <w:proofErr w:type="spellStart"/>
      <w:r>
        <w:t>može</w:t>
      </w:r>
      <w:proofErr w:type="spellEnd"/>
      <w:r>
        <w:t xml:space="preserve"> </w:t>
      </w:r>
      <w:proofErr w:type="spellStart"/>
      <w:r>
        <w:t>zahtevati</w:t>
      </w:r>
      <w:proofErr w:type="spellEnd"/>
      <w:r>
        <w:t xml:space="preserve"> </w:t>
      </w:r>
      <w:proofErr w:type="spellStart"/>
      <w:r>
        <w:t>dopunu</w:t>
      </w:r>
      <w:proofErr w:type="spellEnd"/>
      <w:r>
        <w:t xml:space="preserve"> </w:t>
      </w:r>
      <w:proofErr w:type="spellStart"/>
      <w:r>
        <w:t>dokumentacije</w:t>
      </w:r>
      <w:proofErr w:type="spellEnd"/>
      <w:r>
        <w:t xml:space="preserve"> </w:t>
      </w:r>
      <w:proofErr w:type="spellStart"/>
      <w:r>
        <w:t>najkasnije</w:t>
      </w:r>
      <w:proofErr w:type="spellEnd"/>
      <w:r>
        <w:t xml:space="preserve"> do </w:t>
      </w:r>
      <w:proofErr w:type="spellStart"/>
      <w:r>
        <w:t>pretposlednjeg</w:t>
      </w:r>
      <w:proofErr w:type="spellEnd"/>
      <w:r>
        <w:t xml:space="preserve"> dana </w:t>
      </w:r>
      <w:proofErr w:type="spellStart"/>
      <w:r>
        <w:t>roka</w:t>
      </w:r>
      <w:proofErr w:type="spellEnd"/>
      <w:r>
        <w:t xml:space="preserve"> </w:t>
      </w:r>
      <w:proofErr w:type="spellStart"/>
      <w:r>
        <w:t>konkursa</w:t>
      </w:r>
      <w:proofErr w:type="spellEnd"/>
      <w:r>
        <w:t xml:space="preserve">.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sprovođenja</w:t>
      </w:r>
      <w:proofErr w:type="spellEnd"/>
      <w:r>
        <w:t xml:space="preserve"> </w:t>
      </w:r>
      <w:proofErr w:type="spellStart"/>
      <w:r>
        <w:t>konkursne</w:t>
      </w:r>
      <w:proofErr w:type="spellEnd"/>
      <w:r>
        <w:t xml:space="preserve"> procedure, KMDK </w:t>
      </w:r>
      <w:proofErr w:type="spellStart"/>
      <w:r>
        <w:t>zadržava</w:t>
      </w:r>
      <w:proofErr w:type="spellEnd"/>
      <w:r>
        <w:t xml:space="preserve"> </w:t>
      </w:r>
      <w:proofErr w:type="spellStart"/>
      <w:r>
        <w:t>pravo</w:t>
      </w:r>
      <w:proofErr w:type="spellEnd"/>
      <w:r>
        <w:t xml:space="preserve"> da od </w:t>
      </w:r>
      <w:proofErr w:type="spellStart"/>
      <w:r>
        <w:t>aplikanata</w:t>
      </w:r>
      <w:proofErr w:type="spellEnd"/>
      <w:r>
        <w:t xml:space="preserve"> </w:t>
      </w:r>
      <w:proofErr w:type="spellStart"/>
      <w:r>
        <w:t>zatraži</w:t>
      </w:r>
      <w:proofErr w:type="spellEnd"/>
      <w:r>
        <w:t xml:space="preserve"> </w:t>
      </w:r>
      <w:proofErr w:type="spellStart"/>
      <w:r>
        <w:t>dodatna</w:t>
      </w:r>
      <w:proofErr w:type="spellEnd"/>
      <w:r>
        <w:t xml:space="preserve"> </w:t>
      </w:r>
      <w:proofErr w:type="spellStart"/>
      <w:r>
        <w:t>dokumenta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informacije</w:t>
      </w:r>
      <w:proofErr w:type="spellEnd"/>
      <w:r>
        <w:t>.</w:t>
      </w:r>
    </w:p>
    <w:p w14:paraId="1B6A2AC8" w14:textId="77777777" w:rsidR="006C0B0B" w:rsidRPr="000B2F96" w:rsidRDefault="006C0B0B" w:rsidP="006C0B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  <w:proofErr w:type="spellStart"/>
      <w:r w:rsidRPr="000B2F9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Način</w:t>
      </w:r>
      <w:proofErr w:type="spellEnd"/>
      <w:r w:rsidRPr="000B2F9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 xml:space="preserve"> </w:t>
      </w:r>
      <w:proofErr w:type="spellStart"/>
      <w:r w:rsidRPr="000B2F9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ocenjivanja</w:t>
      </w:r>
      <w:proofErr w:type="spellEnd"/>
      <w:r w:rsidRPr="000B2F9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 xml:space="preserve"> i </w:t>
      </w:r>
      <w:proofErr w:type="spellStart"/>
      <w:r w:rsidRPr="000B2F9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kriterijumi</w:t>
      </w:r>
      <w:proofErr w:type="spellEnd"/>
      <w:r w:rsidRPr="000B2F9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 xml:space="preserve"> </w:t>
      </w:r>
      <w:proofErr w:type="spellStart"/>
      <w:r w:rsidRPr="000B2F9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bodovanja</w:t>
      </w:r>
      <w:proofErr w:type="spellEnd"/>
      <w:r w:rsidRPr="000B2F9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:</w:t>
      </w:r>
    </w:p>
    <w:p w14:paraId="52F80090" w14:textId="77777777" w:rsidR="006C0B0B" w:rsidRPr="000B2F96" w:rsidRDefault="006C0B0B" w:rsidP="006C0B0B">
      <w:pPr>
        <w:rPr>
          <w:rFonts w:ascii="Times New Roman" w:hAnsi="Times New Roman" w:cs="Times New Roman"/>
          <w:sz w:val="24"/>
          <w:szCs w:val="24"/>
        </w:rPr>
      </w:pPr>
    </w:p>
    <w:p w14:paraId="525560AC" w14:textId="61C407F1" w:rsidR="006C0B0B" w:rsidRPr="000B2F96" w:rsidRDefault="001479F1" w:rsidP="006C0B0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479F1">
        <w:rPr>
          <w:rFonts w:ascii="Times New Roman" w:hAnsi="Times New Roman" w:cs="Times New Roman"/>
          <w:sz w:val="24"/>
          <w:szCs w:val="24"/>
        </w:rPr>
        <w:t>Ukupna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vrednost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bodovanja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prijava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javni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konkurs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u KMDK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iznosi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sto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(100)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poena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dok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uslov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prolaz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ostvarivanje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najmanje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pedeset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(50)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poena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iz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svih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faza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javnog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konkursa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Kriterijumi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bodovanja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biografija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(CV)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kandidata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ocenjuje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deset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(10)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poena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pismeni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test do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šezdeset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(60)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poena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intervju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trideset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 xml:space="preserve"> (30) </w:t>
      </w:r>
      <w:proofErr w:type="spellStart"/>
      <w:r w:rsidRPr="001479F1">
        <w:rPr>
          <w:rFonts w:ascii="Times New Roman" w:hAnsi="Times New Roman" w:cs="Times New Roman"/>
          <w:sz w:val="24"/>
          <w:szCs w:val="24"/>
        </w:rPr>
        <w:t>poena</w:t>
      </w:r>
      <w:proofErr w:type="spellEnd"/>
      <w:r w:rsidRPr="001479F1">
        <w:rPr>
          <w:rFonts w:ascii="Times New Roman" w:hAnsi="Times New Roman" w:cs="Times New Roman"/>
          <w:sz w:val="24"/>
          <w:szCs w:val="24"/>
        </w:rPr>
        <w:t>.</w:t>
      </w:r>
    </w:p>
    <w:p w14:paraId="1B14CB0D" w14:textId="77777777" w:rsidR="001479F1" w:rsidRDefault="001479F1" w:rsidP="006C0B0B">
      <w:pPr>
        <w:rPr>
          <w:rFonts w:ascii="Times New Roman" w:eastAsia="Times New Roman" w:hAnsi="Times New Roman" w:cs="Times New Roman"/>
          <w:b/>
          <w:i/>
          <w:sz w:val="24"/>
          <w:szCs w:val="24"/>
        </w:rPr>
      </w:pPr>
      <w:proofErr w:type="spellStart"/>
      <w:r w:rsidRPr="001479F1">
        <w:rPr>
          <w:rFonts w:ascii="Times New Roman" w:eastAsia="Times New Roman" w:hAnsi="Times New Roman" w:cs="Times New Roman"/>
          <w:b/>
          <w:bCs/>
          <w:i/>
          <w:sz w:val="24"/>
          <w:szCs w:val="24"/>
          <w:highlight w:val="white"/>
        </w:rPr>
        <w:t>Napomena</w:t>
      </w:r>
      <w:proofErr w:type="spellEnd"/>
      <w:r w:rsidRPr="001479F1">
        <w:rPr>
          <w:rFonts w:ascii="Times New Roman" w:eastAsia="Times New Roman" w:hAnsi="Times New Roman" w:cs="Times New Roman"/>
          <w:b/>
          <w:bCs/>
          <w:i/>
          <w:sz w:val="24"/>
          <w:szCs w:val="24"/>
          <w:highlight w:val="white"/>
        </w:rPr>
        <w:t>:</w:t>
      </w:r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Prijave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poslate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poštom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koje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nose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pečat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pošte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sa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datumom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poslednjeg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dana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roka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za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prijavu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smatraće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se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važećim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i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biće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uzete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u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razmatranje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ukoliko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stignu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u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roku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od tri (3) dana.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Prijave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koje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stignu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nakon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ovog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roka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,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kao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i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prijave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koje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nisu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kompletirane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potrebnom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dokumentacijom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,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neće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biti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razmatrane</w:t>
      </w:r>
      <w:proofErr w:type="spellEnd"/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.</w:t>
      </w:r>
    </w:p>
    <w:p w14:paraId="015C5B3C" w14:textId="17F9965E" w:rsidR="006C0B0B" w:rsidRPr="000B2F96" w:rsidRDefault="006C0B0B" w:rsidP="006C0B0B">
      <w:pPr>
        <w:rPr>
          <w:rFonts w:ascii="Times New Roman" w:hAnsi="Times New Roman" w:cs="Times New Roman"/>
          <w:sz w:val="24"/>
          <w:szCs w:val="24"/>
        </w:rPr>
      </w:pPr>
      <w:r w:rsidRPr="000B2F96">
        <w:rPr>
          <w:rFonts w:ascii="Times New Roman" w:hAnsi="Times New Roman" w:cs="Times New Roman"/>
          <w:sz w:val="24"/>
          <w:szCs w:val="24"/>
        </w:rPr>
        <w:t xml:space="preserve">Rok za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prijavu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je do </w:t>
      </w:r>
      <w:r w:rsidR="001479F1" w:rsidRPr="001479F1">
        <w:rPr>
          <w:rFonts w:ascii="Times New Roman" w:hAnsi="Times New Roman" w:cs="Times New Roman"/>
          <w:b/>
          <w:bCs/>
          <w:sz w:val="24"/>
          <w:szCs w:val="24"/>
        </w:rPr>
        <w:t>06.01.2026</w:t>
      </w:r>
      <w:r w:rsidR="00147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godine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do </w:t>
      </w:r>
      <w:r w:rsidRPr="001479F1">
        <w:rPr>
          <w:rFonts w:ascii="Times New Roman" w:hAnsi="Times New Roman" w:cs="Times New Roman"/>
          <w:b/>
          <w:bCs/>
          <w:sz w:val="24"/>
          <w:szCs w:val="24"/>
        </w:rPr>
        <w:t>16:00</w:t>
      </w:r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časova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.</w:t>
      </w:r>
    </w:p>
    <w:p w14:paraId="4D1F8F90" w14:textId="063F9F12" w:rsidR="003D342B" w:rsidRPr="006C0B0B" w:rsidRDefault="00446EF7" w:rsidP="006C0B0B">
      <w:pPr>
        <w:rPr>
          <w:rFonts w:ascii="Times New Roman" w:hAnsi="Times New Roman" w:cs="Times New Roman"/>
          <w:sz w:val="24"/>
          <w:szCs w:val="24"/>
        </w:rPr>
      </w:pPr>
      <w:r w:rsidRPr="00446EF7">
        <w:rPr>
          <w:rFonts w:ascii="Times New Roman" w:hAnsi="Times New Roman" w:cs="Times New Roman"/>
          <w:sz w:val="24"/>
          <w:szCs w:val="24"/>
        </w:rPr>
        <w:t xml:space="preserve">Za </w:t>
      </w:r>
      <w:proofErr w:type="spellStart"/>
      <w:r w:rsidRPr="00446EF7">
        <w:rPr>
          <w:rFonts w:ascii="Times New Roman" w:hAnsi="Times New Roman" w:cs="Times New Roman"/>
          <w:sz w:val="24"/>
          <w:szCs w:val="24"/>
        </w:rPr>
        <w:t>detaljnije</w:t>
      </w:r>
      <w:proofErr w:type="spellEnd"/>
      <w:r w:rsidRPr="00446E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6EF7">
        <w:rPr>
          <w:rFonts w:ascii="Times New Roman" w:hAnsi="Times New Roman" w:cs="Times New Roman"/>
          <w:sz w:val="24"/>
          <w:szCs w:val="24"/>
        </w:rPr>
        <w:t>informacije</w:t>
      </w:r>
      <w:proofErr w:type="spellEnd"/>
      <w:r w:rsidRPr="00446E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6EF7">
        <w:rPr>
          <w:rFonts w:ascii="Times New Roman" w:hAnsi="Times New Roman" w:cs="Times New Roman"/>
          <w:sz w:val="24"/>
          <w:szCs w:val="24"/>
        </w:rPr>
        <w:t>možete</w:t>
      </w:r>
      <w:proofErr w:type="spellEnd"/>
      <w:r w:rsidRPr="00446E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6EF7">
        <w:rPr>
          <w:rFonts w:ascii="Times New Roman" w:hAnsi="Times New Roman" w:cs="Times New Roman"/>
          <w:sz w:val="24"/>
          <w:szCs w:val="24"/>
        </w:rPr>
        <w:t>kontaktirati</w:t>
      </w:r>
      <w:proofErr w:type="spellEnd"/>
      <w:r w:rsidRPr="00446E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6EF7">
        <w:rPr>
          <w:rFonts w:ascii="Times New Roman" w:hAnsi="Times New Roman" w:cs="Times New Roman"/>
          <w:sz w:val="24"/>
          <w:szCs w:val="24"/>
        </w:rPr>
        <w:t>Kancelariju</w:t>
      </w:r>
      <w:proofErr w:type="spellEnd"/>
      <w:r w:rsidRPr="00446EF7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446EF7">
        <w:rPr>
          <w:rFonts w:ascii="Times New Roman" w:hAnsi="Times New Roman" w:cs="Times New Roman"/>
          <w:sz w:val="24"/>
          <w:szCs w:val="24"/>
        </w:rPr>
        <w:t>Ljudske</w:t>
      </w:r>
      <w:proofErr w:type="spellEnd"/>
      <w:r w:rsidRPr="00446E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6EF7">
        <w:rPr>
          <w:rFonts w:ascii="Times New Roman" w:hAnsi="Times New Roman" w:cs="Times New Roman"/>
          <w:sz w:val="24"/>
          <w:szCs w:val="24"/>
        </w:rPr>
        <w:t>Resurse</w:t>
      </w:r>
      <w:proofErr w:type="spellEnd"/>
      <w:r w:rsidRPr="00446EF7">
        <w:rPr>
          <w:rFonts w:ascii="Times New Roman" w:hAnsi="Times New Roman" w:cs="Times New Roman"/>
          <w:sz w:val="24"/>
          <w:szCs w:val="24"/>
        </w:rPr>
        <w:t xml:space="preserve"> KMDK </w:t>
      </w:r>
      <w:proofErr w:type="spellStart"/>
      <w:r w:rsidRPr="00446EF7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446E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6EF7">
        <w:rPr>
          <w:rFonts w:ascii="Times New Roman" w:hAnsi="Times New Roman" w:cs="Times New Roman"/>
          <w:sz w:val="24"/>
          <w:szCs w:val="24"/>
        </w:rPr>
        <w:t>broj</w:t>
      </w:r>
      <w:proofErr w:type="spellEnd"/>
      <w:r w:rsidRPr="00446E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6EF7">
        <w:rPr>
          <w:rFonts w:ascii="Times New Roman" w:hAnsi="Times New Roman" w:cs="Times New Roman"/>
          <w:sz w:val="24"/>
          <w:szCs w:val="24"/>
        </w:rPr>
        <w:t>telefona</w:t>
      </w:r>
      <w:proofErr w:type="spellEnd"/>
      <w:r w:rsidRPr="00446EF7">
        <w:rPr>
          <w:rFonts w:ascii="Times New Roman" w:hAnsi="Times New Roman" w:cs="Times New Roman"/>
          <w:sz w:val="24"/>
          <w:szCs w:val="24"/>
        </w:rPr>
        <w:t xml:space="preserve"> </w:t>
      </w:r>
      <w:r w:rsidRPr="00446EF7">
        <w:rPr>
          <w:rFonts w:ascii="Times New Roman" w:hAnsi="Times New Roman" w:cs="Times New Roman"/>
          <w:b/>
          <w:bCs/>
          <w:sz w:val="24"/>
          <w:szCs w:val="24"/>
        </w:rPr>
        <w:t>038 600 552</w:t>
      </w:r>
      <w:r w:rsidRPr="00446E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6EF7">
        <w:rPr>
          <w:rFonts w:ascii="Times New Roman" w:hAnsi="Times New Roman" w:cs="Times New Roman"/>
          <w:sz w:val="24"/>
          <w:szCs w:val="24"/>
        </w:rPr>
        <w:t>ili</w:t>
      </w:r>
      <w:proofErr w:type="spellEnd"/>
      <w:r w:rsidRPr="00446E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6EF7">
        <w:rPr>
          <w:rFonts w:ascii="Times New Roman" w:hAnsi="Times New Roman" w:cs="Times New Roman"/>
          <w:sz w:val="24"/>
          <w:szCs w:val="24"/>
        </w:rPr>
        <w:t>putem</w:t>
      </w:r>
      <w:proofErr w:type="spellEnd"/>
      <w:r w:rsidRPr="00446E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6EF7">
        <w:rPr>
          <w:rFonts w:ascii="Times New Roman" w:hAnsi="Times New Roman" w:cs="Times New Roman"/>
          <w:sz w:val="24"/>
          <w:szCs w:val="24"/>
        </w:rPr>
        <w:t>elektronske</w:t>
      </w:r>
      <w:proofErr w:type="spellEnd"/>
      <w:r w:rsidRPr="00446E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6EF7">
        <w:rPr>
          <w:rFonts w:ascii="Times New Roman" w:hAnsi="Times New Roman" w:cs="Times New Roman"/>
          <w:sz w:val="24"/>
          <w:szCs w:val="24"/>
        </w:rPr>
        <w:t>adres</w:t>
      </w:r>
      <w:r>
        <w:rPr>
          <w:rFonts w:ascii="Times New Roman" w:hAnsi="Times New Roman" w:cs="Times New Roman"/>
          <w:sz w:val="24"/>
          <w:szCs w:val="24"/>
        </w:rPr>
        <w:t>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592DEC">
          <w:rPr>
            <w:rStyle w:val="Hyperlink"/>
            <w:rFonts w:ascii="Times New Roman" w:hAnsi="Times New Roman" w:cs="Times New Roman"/>
            <w:sz w:val="24"/>
            <w:szCs w:val="24"/>
          </w:rPr>
          <w:t>kmdkpunesime@gmail.com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3D342B" w:rsidRPr="006C0B0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2A4A67"/>
    <w:multiLevelType w:val="hybridMultilevel"/>
    <w:tmpl w:val="C6FAF9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6A05164"/>
    <w:multiLevelType w:val="hybridMultilevel"/>
    <w:tmpl w:val="636E0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E283D03"/>
    <w:multiLevelType w:val="hybridMultilevel"/>
    <w:tmpl w:val="AB1A89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7207D2"/>
    <w:multiLevelType w:val="hybridMultilevel"/>
    <w:tmpl w:val="513275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7E96BE6"/>
    <w:multiLevelType w:val="multilevel"/>
    <w:tmpl w:val="4AAAA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7B62F5B"/>
    <w:multiLevelType w:val="hybridMultilevel"/>
    <w:tmpl w:val="F0D26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1C07CA"/>
    <w:multiLevelType w:val="hybridMultilevel"/>
    <w:tmpl w:val="FEC0B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0B5490"/>
    <w:multiLevelType w:val="hybridMultilevel"/>
    <w:tmpl w:val="B8E25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F2584A"/>
    <w:multiLevelType w:val="hybridMultilevel"/>
    <w:tmpl w:val="BD282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A35D06"/>
    <w:multiLevelType w:val="hybridMultilevel"/>
    <w:tmpl w:val="1E6221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DCB3E8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021C5F"/>
    <w:multiLevelType w:val="hybridMultilevel"/>
    <w:tmpl w:val="2BF81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0518BA"/>
    <w:multiLevelType w:val="hybridMultilevel"/>
    <w:tmpl w:val="89B8CF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5256D1"/>
    <w:multiLevelType w:val="hybridMultilevel"/>
    <w:tmpl w:val="D3723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59660A"/>
    <w:multiLevelType w:val="hybridMultilevel"/>
    <w:tmpl w:val="BDA883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7061D6"/>
    <w:multiLevelType w:val="hybridMultilevel"/>
    <w:tmpl w:val="32F07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010182"/>
    <w:multiLevelType w:val="hybridMultilevel"/>
    <w:tmpl w:val="FD044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1432EA"/>
    <w:multiLevelType w:val="hybridMultilevel"/>
    <w:tmpl w:val="D26888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CA7E65"/>
    <w:multiLevelType w:val="hybridMultilevel"/>
    <w:tmpl w:val="63808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AD6CF4"/>
    <w:multiLevelType w:val="hybridMultilevel"/>
    <w:tmpl w:val="3EC0AB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9004D41"/>
    <w:multiLevelType w:val="hybridMultilevel"/>
    <w:tmpl w:val="E27A02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A8E7447"/>
    <w:multiLevelType w:val="hybridMultilevel"/>
    <w:tmpl w:val="51C42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785484">
    <w:abstractNumId w:val="8"/>
  </w:num>
  <w:num w:numId="2" w16cid:durableId="826241151">
    <w:abstractNumId w:val="6"/>
  </w:num>
  <w:num w:numId="3" w16cid:durableId="1697386520">
    <w:abstractNumId w:val="5"/>
  </w:num>
  <w:num w:numId="4" w16cid:durableId="332268629">
    <w:abstractNumId w:val="4"/>
  </w:num>
  <w:num w:numId="5" w16cid:durableId="423301863">
    <w:abstractNumId w:val="7"/>
  </w:num>
  <w:num w:numId="6" w16cid:durableId="1210721433">
    <w:abstractNumId w:val="3"/>
  </w:num>
  <w:num w:numId="7" w16cid:durableId="304243646">
    <w:abstractNumId w:val="2"/>
  </w:num>
  <w:num w:numId="8" w16cid:durableId="556554112">
    <w:abstractNumId w:val="1"/>
  </w:num>
  <w:num w:numId="9" w16cid:durableId="1030960242">
    <w:abstractNumId w:val="0"/>
  </w:num>
  <w:num w:numId="10" w16cid:durableId="1246303797">
    <w:abstractNumId w:val="17"/>
  </w:num>
  <w:num w:numId="11" w16cid:durableId="1833988482">
    <w:abstractNumId w:val="9"/>
  </w:num>
  <w:num w:numId="12" w16cid:durableId="1498574972">
    <w:abstractNumId w:val="16"/>
  </w:num>
  <w:num w:numId="13" w16cid:durableId="989601506">
    <w:abstractNumId w:val="26"/>
  </w:num>
  <w:num w:numId="14" w16cid:durableId="973750937">
    <w:abstractNumId w:val="24"/>
  </w:num>
  <w:num w:numId="15" w16cid:durableId="1975136010">
    <w:abstractNumId w:val="29"/>
  </w:num>
  <w:num w:numId="16" w16cid:durableId="1203905996">
    <w:abstractNumId w:val="19"/>
  </w:num>
  <w:num w:numId="17" w16cid:durableId="533688711">
    <w:abstractNumId w:val="12"/>
  </w:num>
  <w:num w:numId="18" w16cid:durableId="1161697857">
    <w:abstractNumId w:val="27"/>
  </w:num>
  <w:num w:numId="19" w16cid:durableId="1546869112">
    <w:abstractNumId w:val="14"/>
  </w:num>
  <w:num w:numId="20" w16cid:durableId="1208570316">
    <w:abstractNumId w:val="18"/>
  </w:num>
  <w:num w:numId="21" w16cid:durableId="1697268371">
    <w:abstractNumId w:val="15"/>
  </w:num>
  <w:num w:numId="22" w16cid:durableId="685986394">
    <w:abstractNumId w:val="11"/>
  </w:num>
  <w:num w:numId="23" w16cid:durableId="1844079518">
    <w:abstractNumId w:val="23"/>
  </w:num>
  <w:num w:numId="24" w16cid:durableId="1404378919">
    <w:abstractNumId w:val="20"/>
  </w:num>
  <w:num w:numId="25" w16cid:durableId="517542615">
    <w:abstractNumId w:val="10"/>
  </w:num>
  <w:num w:numId="26" w16cid:durableId="387459733">
    <w:abstractNumId w:val="21"/>
  </w:num>
  <w:num w:numId="27" w16cid:durableId="526910223">
    <w:abstractNumId w:val="28"/>
  </w:num>
  <w:num w:numId="28" w16cid:durableId="331419371">
    <w:abstractNumId w:val="25"/>
  </w:num>
  <w:num w:numId="29" w16cid:durableId="175193517">
    <w:abstractNumId w:val="22"/>
  </w:num>
  <w:num w:numId="30" w16cid:durableId="94943094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479F1"/>
    <w:rsid w:val="0015074B"/>
    <w:rsid w:val="0019071C"/>
    <w:rsid w:val="0020241E"/>
    <w:rsid w:val="0029639D"/>
    <w:rsid w:val="00326F90"/>
    <w:rsid w:val="003D342B"/>
    <w:rsid w:val="004200C9"/>
    <w:rsid w:val="00446EF7"/>
    <w:rsid w:val="00594AC6"/>
    <w:rsid w:val="006B7079"/>
    <w:rsid w:val="006C0B0B"/>
    <w:rsid w:val="00761B67"/>
    <w:rsid w:val="00763F4A"/>
    <w:rsid w:val="007F3C5F"/>
    <w:rsid w:val="00937A4F"/>
    <w:rsid w:val="00A85972"/>
    <w:rsid w:val="00AA1D8D"/>
    <w:rsid w:val="00B47730"/>
    <w:rsid w:val="00C15627"/>
    <w:rsid w:val="00C26C19"/>
    <w:rsid w:val="00C8125F"/>
    <w:rsid w:val="00CB0664"/>
    <w:rsid w:val="00CC6028"/>
    <w:rsid w:val="00D013C4"/>
    <w:rsid w:val="00F83A5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508FE23"/>
  <w14:defaultImageDpi w14:val="300"/>
  <w15:docId w15:val="{520DA324-8901-49F4-BD1A-F0194A66E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unhideWhenUsed/>
    <w:rsid w:val="00937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479F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79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96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5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mdkpunesime@gmail.com" TargetMode="External"/><Relationship Id="rId3" Type="http://schemas.openxmlformats.org/officeDocument/2006/relationships/styles" Target="styles.xml"/><Relationship Id="rId7" Type="http://schemas.openxmlformats.org/officeDocument/2006/relationships/hyperlink" Target="https://kmdk-ks.org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A3F72BC-48E3-4680-B096-7B7FDCB363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893</Words>
  <Characters>5096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5978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beris</cp:lastModifiedBy>
  <cp:revision>16</cp:revision>
  <dcterms:created xsi:type="dcterms:W3CDTF">2025-09-04T10:17:00Z</dcterms:created>
  <dcterms:modified xsi:type="dcterms:W3CDTF">2025-12-12T12:49:00Z</dcterms:modified>
  <cp:category/>
</cp:coreProperties>
</file>