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5E3E6" w14:textId="77777777" w:rsidR="006C0B0B" w:rsidRPr="00AF1707" w:rsidRDefault="006C0B0B">
      <w:pPr>
        <w:rPr>
          <w:rFonts w:ascii="Times New Roman" w:hAnsi="Times New Roman" w:cs="Times New Roman"/>
          <w:sz w:val="24"/>
          <w:szCs w:val="24"/>
        </w:rPr>
      </w:pPr>
      <w:r w:rsidRPr="00AF17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3C7B5D" wp14:editId="0C558344">
            <wp:extent cx="3085106" cy="1024081"/>
            <wp:effectExtent l="0" t="0" r="1270" b="5080"/>
            <wp:docPr id="1" name="Picture 1" descr="C:\Users\NjomzaH\Desktop\KONKURSET 2025\Logo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jomzaH\Desktop\KONKURSET 2025\Logo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27" b="23004"/>
                    <a:stretch/>
                  </pic:blipFill>
                  <pic:spPr bwMode="auto">
                    <a:xfrm>
                      <a:off x="0" y="0"/>
                      <a:ext cx="3335563" cy="110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E40B0" w14:textId="58DD2590" w:rsidR="00776D5E" w:rsidRPr="00AF1707" w:rsidRDefault="00776D5E" w:rsidP="00776D5E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Na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osnovu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Zakona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br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03/L-087 o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Javnim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Preduzećima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Zakona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br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03/L-212 o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Radu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konkretno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član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8,na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osnovu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Pravilnika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br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01/2024 o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kriterijumima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procedurama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zapošljavanja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KMDK</w:t>
      </w:r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a.d.,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Pravilnika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br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02/2025 o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unutrašnjoj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organizaciji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platama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beneficijama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dodacima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 K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MDK</w:t>
      </w:r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a.d.,na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osnovu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Odluke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Generalnog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direktora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KUDK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a.d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  <w:proofErr w:type="spellStart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>br</w:t>
      </w:r>
      <w:proofErr w:type="spellEnd"/>
      <w:r w:rsidRPr="005F333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. </w:t>
      </w:r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 xml:space="preserve">286/2026 od 13.08.2026. </w:t>
      </w:r>
      <w:proofErr w:type="spellStart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>brojem</w:t>
      </w:r>
      <w:proofErr w:type="spellEnd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>protokola</w:t>
      </w:r>
      <w:proofErr w:type="spellEnd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 xml:space="preserve"> 02/1603, KMDK A.D. </w:t>
      </w:r>
      <w:proofErr w:type="spellStart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>raspisuje</w:t>
      </w:r>
      <w:proofErr w:type="spellEnd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 w:rsidR="00CD6F6D" w:rsidRPr="00CD6F6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849213" w14:textId="77777777" w:rsidR="006C0B0B" w:rsidRPr="00AF1707" w:rsidRDefault="006C0B0B" w:rsidP="006C0B0B">
      <w:pPr>
        <w:rPr>
          <w:rFonts w:ascii="Times New Roman" w:hAnsi="Times New Roman" w:cs="Times New Roman"/>
          <w:sz w:val="24"/>
          <w:szCs w:val="24"/>
        </w:rPr>
      </w:pPr>
    </w:p>
    <w:p w14:paraId="15E4B76D" w14:textId="77777777" w:rsidR="006C0B0B" w:rsidRPr="00AF1707" w:rsidRDefault="006C0B0B" w:rsidP="006C0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JAVNI KONKURS</w:t>
      </w:r>
    </w:p>
    <w:p w14:paraId="025D7FE2" w14:textId="77777777" w:rsidR="006C0B0B" w:rsidRPr="00AF1707" w:rsidRDefault="006C0B0B" w:rsidP="006C0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ZA POPUNU RADNOG MESTA</w:t>
      </w:r>
    </w:p>
    <w:p w14:paraId="57FFA5D1" w14:textId="77777777" w:rsidR="006C0B0B" w:rsidRPr="00AF1707" w:rsidRDefault="006C0B0B" w:rsidP="006C0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</w:p>
    <w:p w14:paraId="60DDEB17" w14:textId="7269BD70" w:rsidR="00CD6F6D" w:rsidRDefault="006C0B0B" w:rsidP="00776D5E">
      <w:pPr>
        <w:pStyle w:val="NormalWeb"/>
        <w:jc w:val="both"/>
        <w:rPr>
          <w:bCs/>
        </w:rPr>
      </w:pPr>
      <w:r w:rsidRPr="00AE0172">
        <w:rPr>
          <w:b/>
          <w:u w:val="single"/>
        </w:rPr>
        <w:t>Naziv</w:t>
      </w:r>
      <w:r w:rsidR="00297509">
        <w:t>:</w:t>
      </w:r>
      <w:r w:rsidR="00AF1707" w:rsidRPr="00AE0172">
        <w:t xml:space="preserve"> </w:t>
      </w:r>
      <w:proofErr w:type="spellStart"/>
      <w:r w:rsidR="00297509" w:rsidRPr="00297509">
        <w:rPr>
          <w:bCs/>
        </w:rPr>
        <w:t>Rukovodilac</w:t>
      </w:r>
      <w:proofErr w:type="spellEnd"/>
      <w:r w:rsidR="00297509" w:rsidRPr="00297509">
        <w:rPr>
          <w:bCs/>
        </w:rPr>
        <w:t xml:space="preserve"> </w:t>
      </w:r>
      <w:proofErr w:type="spellStart"/>
      <w:r w:rsidR="00297509" w:rsidRPr="00297509">
        <w:rPr>
          <w:bCs/>
        </w:rPr>
        <w:t>inženjerske</w:t>
      </w:r>
      <w:proofErr w:type="spellEnd"/>
      <w:r w:rsidR="00297509" w:rsidRPr="00297509">
        <w:rPr>
          <w:bCs/>
        </w:rPr>
        <w:t xml:space="preserve"> </w:t>
      </w:r>
      <w:proofErr w:type="spellStart"/>
      <w:r w:rsidR="00297509" w:rsidRPr="00297509">
        <w:rPr>
          <w:bCs/>
        </w:rPr>
        <w:t>službe</w:t>
      </w:r>
      <w:proofErr w:type="spellEnd"/>
      <w:r w:rsidR="00297509" w:rsidRPr="00297509">
        <w:rPr>
          <w:bCs/>
        </w:rPr>
        <w:t xml:space="preserve"> </w:t>
      </w:r>
      <w:r w:rsidR="00CD6F6D" w:rsidRPr="00CD6F6D">
        <w:rPr>
          <w:bCs/>
        </w:rPr>
        <w:t xml:space="preserve">(1 </w:t>
      </w:r>
      <w:proofErr w:type="spellStart"/>
      <w:r w:rsidR="00CD6F6D" w:rsidRPr="00CD6F6D">
        <w:rPr>
          <w:bCs/>
        </w:rPr>
        <w:t>pozicija</w:t>
      </w:r>
      <w:proofErr w:type="spellEnd"/>
      <w:r w:rsidR="00CD6F6D" w:rsidRPr="00CD6F6D">
        <w:rPr>
          <w:bCs/>
        </w:rPr>
        <w:t>);</w:t>
      </w:r>
    </w:p>
    <w:p w14:paraId="7827339E" w14:textId="18C483A5" w:rsidR="003D342B" w:rsidRPr="00AE0172" w:rsidRDefault="006C0B0B" w:rsidP="00776D5E">
      <w:pPr>
        <w:pStyle w:val="NormalWeb"/>
        <w:jc w:val="both"/>
      </w:pPr>
      <w:proofErr w:type="spellStart"/>
      <w:r w:rsidRPr="00AE0172">
        <w:rPr>
          <w:b/>
          <w:u w:val="single"/>
        </w:rPr>
        <w:t>Referentni</w:t>
      </w:r>
      <w:proofErr w:type="spellEnd"/>
      <w:r w:rsidRPr="00AE0172">
        <w:rPr>
          <w:b/>
          <w:u w:val="single"/>
        </w:rPr>
        <w:t xml:space="preserve"> </w:t>
      </w:r>
      <w:proofErr w:type="spellStart"/>
      <w:r w:rsidRPr="00AE0172">
        <w:rPr>
          <w:b/>
          <w:u w:val="single"/>
        </w:rPr>
        <w:t>broj</w:t>
      </w:r>
      <w:proofErr w:type="spellEnd"/>
      <w:r w:rsidRPr="00AE0172">
        <w:rPr>
          <w:b/>
          <w:u w:val="single"/>
        </w:rPr>
        <w:t>:</w:t>
      </w:r>
      <w:r w:rsidRPr="00AE0172">
        <w:t xml:space="preserve"> ZP/KJ-</w:t>
      </w:r>
      <w:r w:rsidR="00C575E5">
        <w:t>1</w:t>
      </w:r>
      <w:r w:rsidR="00CD6F6D">
        <w:t>2</w:t>
      </w:r>
      <w:r w:rsidR="00121258">
        <w:t>-2026</w:t>
      </w:r>
      <w:r w:rsidRPr="00AE0172">
        <w:t>;</w:t>
      </w:r>
    </w:p>
    <w:p w14:paraId="12F422D9" w14:textId="1CA85CB4" w:rsidR="003D342B" w:rsidRPr="00AE0172" w:rsidRDefault="006C0B0B" w:rsidP="00776D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Izveštava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396EBA" w:rsidRPr="00AE0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F6D" w:rsidRPr="00CD6F6D">
        <w:t>Direktoru</w:t>
      </w:r>
      <w:proofErr w:type="spellEnd"/>
      <w:r w:rsidR="00CD6F6D" w:rsidRPr="00CD6F6D">
        <w:t xml:space="preserve"> </w:t>
      </w:r>
      <w:proofErr w:type="spellStart"/>
      <w:r w:rsidR="00CD6F6D" w:rsidRPr="00CD6F6D">
        <w:t>Departmana</w:t>
      </w:r>
      <w:proofErr w:type="spellEnd"/>
      <w:r w:rsidR="00CD6F6D" w:rsidRPr="00CD6F6D">
        <w:t xml:space="preserve"> za </w:t>
      </w:r>
      <w:proofErr w:type="spellStart"/>
      <w:r w:rsidR="00CD6F6D" w:rsidRPr="00CD6F6D">
        <w:t>Operacije</w:t>
      </w:r>
      <w:proofErr w:type="spellEnd"/>
      <w:r w:rsidR="00CD6F6D" w:rsidRPr="00CD6F6D">
        <w:t>;</w:t>
      </w:r>
    </w:p>
    <w:p w14:paraId="3AE9886B" w14:textId="7168D95F" w:rsidR="003D342B" w:rsidRPr="00AE0172" w:rsidRDefault="00937A4F" w:rsidP="00776D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Nivo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 xml:space="preserve"> plate </w:t>
      </w: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koef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41D8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76D5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C0B0B" w:rsidRPr="00AE017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C0B0B" w:rsidRPr="00AE0172">
        <w:rPr>
          <w:rFonts w:ascii="Times New Roman" w:hAnsi="Times New Roman" w:cs="Times New Roman"/>
          <w:sz w:val="24"/>
          <w:szCs w:val="24"/>
        </w:rPr>
        <w:t xml:space="preserve"> </w:t>
      </w:r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1.240,00 €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bruto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hiljadu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dve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stotine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četrdeset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evra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mesečno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podložno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promenama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skladu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odlukom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Odbora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>direktora</w:t>
      </w:r>
      <w:proofErr w:type="spellEnd"/>
      <w:r w:rsidR="00776D5E" w:rsidRPr="00776D5E">
        <w:rPr>
          <w:rFonts w:ascii="Times New Roman" w:eastAsia="Times New Roman" w:hAnsi="Times New Roman" w:cs="Times New Roman"/>
          <w:bCs/>
          <w:sz w:val="24"/>
          <w:szCs w:val="24"/>
        </w:rPr>
        <w:t xml:space="preserve"> KMDK-a.</w:t>
      </w:r>
    </w:p>
    <w:p w14:paraId="2C234372" w14:textId="3B46C34A" w:rsidR="003D342B" w:rsidRPr="00AE0172" w:rsidRDefault="006C0B0B" w:rsidP="00776D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Radno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vreme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E0172">
        <w:rPr>
          <w:rFonts w:ascii="Times New Roman" w:hAnsi="Times New Roman" w:cs="Times New Roman"/>
          <w:sz w:val="24"/>
          <w:szCs w:val="24"/>
        </w:rPr>
        <w:t xml:space="preserve"> </w:t>
      </w:r>
      <w:r w:rsidR="00194E24" w:rsidRPr="00194E24">
        <w:rPr>
          <w:rFonts w:ascii="Times New Roman" w:hAnsi="Times New Roman" w:cs="Times New Roman"/>
          <w:sz w:val="24"/>
          <w:szCs w:val="24"/>
        </w:rPr>
        <w:t xml:space="preserve">40 sati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nedeljno</w:t>
      </w:r>
      <w:proofErr w:type="spellEnd"/>
      <w:r w:rsidR="00194E24" w:rsidRPr="00194E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puno</w:t>
      </w:r>
      <w:proofErr w:type="spellEnd"/>
      <w:r w:rsidR="00194E24" w:rsidRPr="00194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="00194E24" w:rsidRPr="00194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vreme</w:t>
      </w:r>
      <w:proofErr w:type="spellEnd"/>
      <w:r w:rsidR="00194E24" w:rsidRPr="00194E2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194E24" w:rsidRPr="00194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194E24" w:rsidRPr="00194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="00194E24" w:rsidRPr="00194E2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94E24" w:rsidRPr="00194E24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194E24">
        <w:rPr>
          <w:rFonts w:ascii="Times New Roman" w:hAnsi="Times New Roman" w:cs="Times New Roman"/>
          <w:sz w:val="24"/>
          <w:szCs w:val="24"/>
        </w:rPr>
        <w:t>;</w:t>
      </w:r>
    </w:p>
    <w:p w14:paraId="5FDF2655" w14:textId="77777777" w:rsidR="003D342B" w:rsidRPr="00AE0172" w:rsidRDefault="006C0B0B" w:rsidP="00776D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Trajanje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ugovora</w:t>
      </w:r>
      <w:proofErr w:type="spellEnd"/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AE0172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određeno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vreme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mogućnošću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produženja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probni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 rad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traje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šest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 xml:space="preserve"> (6) </w:t>
      </w:r>
      <w:proofErr w:type="spellStart"/>
      <w:r w:rsidRPr="00AE0172">
        <w:rPr>
          <w:rFonts w:ascii="Times New Roman" w:hAnsi="Times New Roman" w:cs="Times New Roman"/>
          <w:sz w:val="24"/>
          <w:szCs w:val="24"/>
        </w:rPr>
        <w:t>meseci</w:t>
      </w:r>
      <w:proofErr w:type="spellEnd"/>
      <w:r w:rsidRPr="00AE0172">
        <w:rPr>
          <w:rFonts w:ascii="Times New Roman" w:hAnsi="Times New Roman" w:cs="Times New Roman"/>
          <w:sz w:val="24"/>
          <w:szCs w:val="24"/>
        </w:rPr>
        <w:t>;</w:t>
      </w:r>
    </w:p>
    <w:p w14:paraId="0ECE7462" w14:textId="02658EB9" w:rsidR="00AE0172" w:rsidRDefault="006C0B0B" w:rsidP="00776D5E">
      <w:pPr>
        <w:jc w:val="both"/>
      </w:pPr>
      <w:r w:rsidRPr="00AE0172">
        <w:rPr>
          <w:rFonts w:ascii="Times New Roman" w:hAnsi="Times New Roman" w:cs="Times New Roman"/>
          <w:b/>
          <w:sz w:val="24"/>
          <w:szCs w:val="24"/>
          <w:u w:val="single"/>
        </w:rPr>
        <w:t>Mesto rada:</w:t>
      </w:r>
      <w:r w:rsidRPr="00AE0172">
        <w:rPr>
          <w:rFonts w:ascii="Times New Roman" w:hAnsi="Times New Roman" w:cs="Times New Roman"/>
          <w:sz w:val="24"/>
          <w:szCs w:val="24"/>
        </w:rPr>
        <w:t xml:space="preserve"> </w:t>
      </w:r>
      <w:r w:rsidR="007F14A6" w:rsidRPr="007F14A6">
        <w:t xml:space="preserve">KMDK – A.D., </w:t>
      </w:r>
      <w:proofErr w:type="spellStart"/>
      <w:r w:rsidR="007F14A6" w:rsidRPr="007F14A6">
        <w:t>Priština</w:t>
      </w:r>
      <w:proofErr w:type="spellEnd"/>
      <w:r w:rsidR="007F14A6">
        <w:t>;</w:t>
      </w:r>
    </w:p>
    <w:p w14:paraId="2E601C28" w14:textId="77777777" w:rsidR="00776784" w:rsidRPr="00AF1707" w:rsidRDefault="00776784" w:rsidP="00776D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EE3F1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Dužnosti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i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Odgovornosti</w:t>
      </w:r>
      <w:proofErr w:type="spellEnd"/>
      <w:r w:rsidRPr="00630BAC">
        <w:rPr>
          <w:b/>
          <w:u w:val="single"/>
        </w:rPr>
        <w:t>:</w:t>
      </w:r>
    </w:p>
    <w:p w14:paraId="5F3EADBA" w14:textId="77777777" w:rsidR="00630BAC" w:rsidRDefault="00630BAC" w:rsidP="00630BAC">
      <w:pPr>
        <w:pStyle w:val="NormalWeb"/>
        <w:jc w:val="both"/>
        <w:rPr>
          <w:b/>
        </w:rPr>
      </w:pPr>
      <w:proofErr w:type="spellStart"/>
      <w:r w:rsidRPr="00630BAC">
        <w:rPr>
          <w:b/>
        </w:rPr>
        <w:t>Planiranje</w:t>
      </w:r>
      <w:proofErr w:type="spellEnd"/>
      <w:r w:rsidRPr="00630BAC">
        <w:rPr>
          <w:b/>
        </w:rPr>
        <w:t xml:space="preserve"> </w:t>
      </w:r>
      <w:proofErr w:type="spellStart"/>
      <w:r w:rsidRPr="00630BAC">
        <w:rPr>
          <w:b/>
        </w:rPr>
        <w:t>i</w:t>
      </w:r>
      <w:proofErr w:type="spellEnd"/>
      <w:r w:rsidRPr="00630BAC">
        <w:rPr>
          <w:b/>
        </w:rPr>
        <w:t xml:space="preserve"> </w:t>
      </w:r>
      <w:proofErr w:type="spellStart"/>
      <w:r w:rsidRPr="00630BAC">
        <w:rPr>
          <w:b/>
        </w:rPr>
        <w:t>Razvoj</w:t>
      </w:r>
      <w:proofErr w:type="spellEnd"/>
      <w:r w:rsidRPr="00630BAC">
        <w:rPr>
          <w:b/>
        </w:rPr>
        <w:t xml:space="preserve"> </w:t>
      </w:r>
      <w:proofErr w:type="spellStart"/>
      <w:r w:rsidRPr="00630BAC">
        <w:rPr>
          <w:b/>
        </w:rPr>
        <w:t>Infrastrukture</w:t>
      </w:r>
      <w:proofErr w:type="spellEnd"/>
    </w:p>
    <w:p w14:paraId="1D07A13C" w14:textId="611BB700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Izrađuje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blagovremeno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ažurira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mesečne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godišnje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planove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razvoj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rekonstrukciju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infrastrukturna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ulaganja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sanitarnim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deponijama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transfer </w:t>
      </w:r>
      <w:proofErr w:type="spellStart"/>
      <w:r w:rsidRPr="00630BAC">
        <w:rPr>
          <w:bCs/>
          <w:u w:val="single"/>
        </w:rPr>
        <w:t>stanicama</w:t>
      </w:r>
      <w:proofErr w:type="spellEnd"/>
      <w:r w:rsidRPr="00630BAC">
        <w:rPr>
          <w:bCs/>
          <w:u w:val="single"/>
        </w:rPr>
        <w:t>;</w:t>
      </w:r>
    </w:p>
    <w:p w14:paraId="389A0843" w14:textId="4626B0A9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lastRenderedPageBreak/>
        <w:t>Priprema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analize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zaključke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infrastrukturne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projekte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uključujući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dimenzije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inženjering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>
        <w:rPr>
          <w:bCs/>
          <w:u w:val="single"/>
        </w:rPr>
        <w:t>i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specifikacije</w:t>
      </w:r>
      <w:proofErr w:type="spellEnd"/>
      <w:r w:rsidRPr="00630BAC">
        <w:rPr>
          <w:bCs/>
          <w:u w:val="single"/>
        </w:rPr>
        <w:t xml:space="preserve">, u </w:t>
      </w:r>
      <w:proofErr w:type="spellStart"/>
      <w:r w:rsidRPr="00630BAC">
        <w:rPr>
          <w:bCs/>
          <w:u w:val="single"/>
        </w:rPr>
        <w:t>saradnji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inženjerskim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osobljem</w:t>
      </w:r>
      <w:proofErr w:type="spellEnd"/>
      <w:r w:rsidRPr="00630BAC">
        <w:rPr>
          <w:bCs/>
          <w:u w:val="single"/>
        </w:rPr>
        <w:t>;</w:t>
      </w:r>
    </w:p>
    <w:p w14:paraId="7945B02E" w14:textId="4984FD23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Planira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godišnje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potrebe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materijalima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nabavkama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održavanje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kontinuirano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funkcionisanje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infrastrukture</w:t>
      </w:r>
      <w:proofErr w:type="spellEnd"/>
      <w:r w:rsidRPr="00630BAC">
        <w:rPr>
          <w:bCs/>
          <w:u w:val="single"/>
        </w:rPr>
        <w:t>;</w:t>
      </w:r>
    </w:p>
    <w:p w14:paraId="0184DB23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Tehničko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Upravljanje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i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Održavanje</w:t>
      </w:r>
      <w:proofErr w:type="spellEnd"/>
    </w:p>
    <w:p w14:paraId="60D77C18" w14:textId="57DD2CBA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r w:rsidRPr="00630BAC">
        <w:rPr>
          <w:bCs/>
          <w:u w:val="single"/>
        </w:rPr>
        <w:t xml:space="preserve">Daje </w:t>
      </w:r>
      <w:proofErr w:type="spellStart"/>
      <w:r w:rsidRPr="00630BAC">
        <w:rPr>
          <w:bCs/>
          <w:u w:val="single"/>
        </w:rPr>
        <w:t>tehnička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rešenja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preporuke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neophodne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ili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hitne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intervencije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operativnim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prostorima</w:t>
      </w:r>
      <w:proofErr w:type="spellEnd"/>
      <w:r w:rsidRPr="00630BAC">
        <w:rPr>
          <w:bCs/>
          <w:u w:val="single"/>
        </w:rPr>
        <w:t>;</w:t>
      </w:r>
    </w:p>
    <w:p w14:paraId="07451440" w14:textId="56F5F9C4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Planira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nadgleda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preventivno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korektivno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održavanje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prostora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instalacija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opreme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svim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deponijama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transfer </w:t>
      </w:r>
      <w:proofErr w:type="spellStart"/>
      <w:r w:rsidRPr="00630BAC">
        <w:rPr>
          <w:bCs/>
          <w:u w:val="single"/>
        </w:rPr>
        <w:t>stanicama</w:t>
      </w:r>
      <w:proofErr w:type="spellEnd"/>
      <w:r w:rsidRPr="00630BAC">
        <w:rPr>
          <w:bCs/>
          <w:u w:val="single"/>
        </w:rPr>
        <w:t>;</w:t>
      </w:r>
    </w:p>
    <w:p w14:paraId="613B92E1" w14:textId="785D58B0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Upravlja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dokumentacijom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blagovremeno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obezbeđuje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registar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održavanje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inspekcije</w:t>
      </w:r>
      <w:proofErr w:type="spellEnd"/>
      <w:r w:rsidRPr="00630BAC">
        <w:rPr>
          <w:bCs/>
          <w:u w:val="single"/>
        </w:rPr>
        <w:t xml:space="preserve"> </w:t>
      </w:r>
      <w:r>
        <w:rPr>
          <w:bCs/>
          <w:u w:val="single"/>
        </w:rPr>
        <w:t xml:space="preserve">I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intervencije</w:t>
      </w:r>
      <w:proofErr w:type="spellEnd"/>
      <w:r w:rsidRPr="00630BAC">
        <w:rPr>
          <w:bCs/>
          <w:u w:val="single"/>
        </w:rPr>
        <w:t>;</w:t>
      </w:r>
    </w:p>
    <w:p w14:paraId="457EB4C1" w14:textId="14FF5F95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Vrši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periodične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inspekcije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terenu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predlaže</w:t>
      </w:r>
      <w:proofErr w:type="spellEnd"/>
      <w:r w:rsidRPr="00630BAC">
        <w:rPr>
          <w:bCs/>
          <w:u w:val="single"/>
        </w:rPr>
        <w:t xml:space="preserve"> mere za </w:t>
      </w:r>
      <w:proofErr w:type="spellStart"/>
      <w:r w:rsidRPr="00630BAC">
        <w:rPr>
          <w:bCs/>
          <w:u w:val="single"/>
        </w:rPr>
        <w:t>poboljšanje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stanja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tehničkog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kvaliteta</w:t>
      </w:r>
      <w:proofErr w:type="spellEnd"/>
      <w:r w:rsidRPr="00630BAC">
        <w:rPr>
          <w:bCs/>
          <w:u w:val="single"/>
        </w:rPr>
        <w:t>;</w:t>
      </w:r>
    </w:p>
    <w:p w14:paraId="28E9315F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Podrška</w:t>
      </w:r>
      <w:proofErr w:type="spellEnd"/>
      <w:r w:rsidRPr="00630BAC">
        <w:rPr>
          <w:b/>
          <w:u w:val="single"/>
        </w:rPr>
        <w:t xml:space="preserve"> u </w:t>
      </w:r>
      <w:proofErr w:type="spellStart"/>
      <w:r w:rsidRPr="00630BAC">
        <w:rPr>
          <w:b/>
          <w:u w:val="single"/>
        </w:rPr>
        <w:t>Projektima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i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Ulaganjima</w:t>
      </w:r>
      <w:proofErr w:type="spellEnd"/>
    </w:p>
    <w:p w14:paraId="4F2694A1" w14:textId="7FE21EDB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Sarađuje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jedinicom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projektovanje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nabavke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pripremanju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specifikacija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kapitalne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projekte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procedure </w:t>
      </w:r>
      <w:proofErr w:type="spellStart"/>
      <w:r w:rsidRPr="00630BAC">
        <w:rPr>
          <w:bCs/>
          <w:u w:val="single"/>
        </w:rPr>
        <w:t>javnih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nabavki</w:t>
      </w:r>
      <w:proofErr w:type="spellEnd"/>
      <w:r w:rsidRPr="00630BAC">
        <w:rPr>
          <w:bCs/>
          <w:u w:val="single"/>
        </w:rPr>
        <w:t>;</w:t>
      </w:r>
    </w:p>
    <w:p w14:paraId="7F44046E" w14:textId="0F797761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Priprema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periodične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mesečne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tromesečne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godišnje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izveštaje</w:t>
      </w:r>
      <w:proofErr w:type="spellEnd"/>
      <w:r w:rsidRPr="00630BAC">
        <w:rPr>
          <w:bCs/>
          <w:u w:val="single"/>
        </w:rPr>
        <w:t xml:space="preserve"> o </w:t>
      </w:r>
      <w:proofErr w:type="spellStart"/>
      <w:r w:rsidRPr="00630BAC">
        <w:rPr>
          <w:bCs/>
          <w:u w:val="single"/>
        </w:rPr>
        <w:t>tehničkom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stanju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infrastrukture</w:t>
      </w:r>
      <w:proofErr w:type="spellEnd"/>
      <w:r w:rsidRPr="00630BAC">
        <w:rPr>
          <w:bCs/>
          <w:u w:val="single"/>
        </w:rPr>
        <w:t>,</w:t>
      </w:r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instalacija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opreme</w:t>
      </w:r>
      <w:proofErr w:type="spellEnd"/>
      <w:r w:rsidRPr="00630BAC">
        <w:rPr>
          <w:bCs/>
          <w:u w:val="single"/>
        </w:rPr>
        <w:t xml:space="preserve">, po </w:t>
      </w:r>
      <w:proofErr w:type="spellStart"/>
      <w:r w:rsidRPr="00630BAC">
        <w:rPr>
          <w:bCs/>
          <w:u w:val="single"/>
        </w:rPr>
        <w:t>zahtevu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Direktora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Operacija</w:t>
      </w:r>
      <w:proofErr w:type="spellEnd"/>
      <w:r w:rsidRPr="00630BAC">
        <w:rPr>
          <w:bCs/>
          <w:u w:val="single"/>
        </w:rPr>
        <w:t>;</w:t>
      </w:r>
    </w:p>
    <w:p w14:paraId="7178B070" w14:textId="15755A50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r w:rsidRPr="00630BAC">
        <w:rPr>
          <w:bCs/>
          <w:u w:val="single"/>
        </w:rPr>
        <w:t xml:space="preserve">Bavi se </w:t>
      </w:r>
      <w:proofErr w:type="spellStart"/>
      <w:r w:rsidRPr="00630BAC">
        <w:rPr>
          <w:bCs/>
          <w:u w:val="single"/>
        </w:rPr>
        <w:t>procenom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radova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nadgleda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sprovođenje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infrastrukturnih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projekata</w:t>
      </w:r>
      <w:proofErr w:type="spellEnd"/>
      <w:r w:rsidRPr="00630BAC">
        <w:rPr>
          <w:bCs/>
          <w:u w:val="single"/>
        </w:rPr>
        <w:t>;</w:t>
      </w:r>
    </w:p>
    <w:p w14:paraId="601E2EB2" w14:textId="7DC948C3" w:rsidR="00630BAC" w:rsidRPr="00776784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776784">
        <w:rPr>
          <w:bCs/>
          <w:u w:val="single"/>
        </w:rPr>
        <w:t>Obezbeđuje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ispunjavanje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i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sprovođenje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tehničkih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zahteva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i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zakonskih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standarda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tokom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čitavog</w:t>
      </w:r>
      <w:proofErr w:type="spellEnd"/>
      <w:r w:rsid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životnog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ciklusa</w:t>
      </w:r>
      <w:proofErr w:type="spellEnd"/>
      <w:r w:rsidRPr="00776784">
        <w:rPr>
          <w:bCs/>
          <w:u w:val="single"/>
        </w:rPr>
        <w:t xml:space="preserve"> </w:t>
      </w:r>
      <w:proofErr w:type="spellStart"/>
      <w:r w:rsidRPr="00776784">
        <w:rPr>
          <w:bCs/>
          <w:u w:val="single"/>
        </w:rPr>
        <w:t>projekata</w:t>
      </w:r>
      <w:proofErr w:type="spellEnd"/>
      <w:r w:rsidRPr="00776784">
        <w:rPr>
          <w:bCs/>
          <w:u w:val="single"/>
        </w:rPr>
        <w:t>;</w:t>
      </w:r>
    </w:p>
    <w:p w14:paraId="00F25DDA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Zakonska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Usklađenost</w:t>
      </w:r>
      <w:proofErr w:type="spellEnd"/>
      <w:r w:rsidRPr="00630BAC">
        <w:rPr>
          <w:b/>
          <w:u w:val="single"/>
        </w:rPr>
        <w:t xml:space="preserve">, </w:t>
      </w:r>
      <w:proofErr w:type="spellStart"/>
      <w:r w:rsidRPr="00630BAC">
        <w:rPr>
          <w:b/>
          <w:u w:val="single"/>
        </w:rPr>
        <w:t>Zaštita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Životne</w:t>
      </w:r>
      <w:proofErr w:type="spellEnd"/>
      <w:r w:rsidRPr="00630BAC">
        <w:rPr>
          <w:b/>
          <w:u w:val="single"/>
        </w:rPr>
        <w:t xml:space="preserve"> Sredine </w:t>
      </w:r>
      <w:proofErr w:type="spellStart"/>
      <w:r w:rsidRPr="00630BAC">
        <w:rPr>
          <w:b/>
          <w:u w:val="single"/>
        </w:rPr>
        <w:t>i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Bezbednost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na</w:t>
      </w:r>
      <w:proofErr w:type="spellEnd"/>
      <w:r w:rsidRPr="00630BAC">
        <w:rPr>
          <w:b/>
          <w:u w:val="single"/>
        </w:rPr>
        <w:t xml:space="preserve"> Radu</w:t>
      </w:r>
    </w:p>
    <w:p w14:paraId="44565C81" w14:textId="7406DB85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Obezbeđuje</w:t>
      </w:r>
      <w:proofErr w:type="spellEnd"/>
      <w:r w:rsidRPr="00630BAC">
        <w:rPr>
          <w:bCs/>
          <w:u w:val="single"/>
        </w:rPr>
        <w:t xml:space="preserve"> da </w:t>
      </w:r>
      <w:proofErr w:type="spellStart"/>
      <w:r w:rsidRPr="00630BAC">
        <w:rPr>
          <w:bCs/>
          <w:u w:val="single"/>
        </w:rPr>
        <w:t>su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sve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aktivnosti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skladu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zakonskim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zahtevima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propisima</w:t>
      </w:r>
      <w:proofErr w:type="spellEnd"/>
      <w:r w:rsidRPr="00630BAC">
        <w:rPr>
          <w:bCs/>
          <w:u w:val="single"/>
        </w:rPr>
        <w:t xml:space="preserve"> o </w:t>
      </w:r>
      <w:proofErr w:type="spellStart"/>
      <w:r w:rsidRPr="00630BAC">
        <w:rPr>
          <w:bCs/>
          <w:u w:val="single"/>
        </w:rPr>
        <w:t>zaštiti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životne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sredine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standardima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bezbednosti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radu</w:t>
      </w:r>
      <w:proofErr w:type="spellEnd"/>
      <w:r w:rsidRPr="00630BAC">
        <w:rPr>
          <w:bCs/>
          <w:u w:val="single"/>
        </w:rPr>
        <w:t>;</w:t>
      </w:r>
    </w:p>
    <w:p w14:paraId="4C60A64D" w14:textId="22A5FB1F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Sarađuje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službenikom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zdravlje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bezbednost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radu</w:t>
      </w:r>
      <w:proofErr w:type="spellEnd"/>
      <w:r w:rsidRPr="00630BAC">
        <w:rPr>
          <w:bCs/>
          <w:u w:val="single"/>
        </w:rPr>
        <w:t xml:space="preserve"> (BZNR)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sprovođenju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preventivnih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mera</w:t>
      </w:r>
      <w:proofErr w:type="spellEnd"/>
      <w:r w:rsidRPr="00630BAC">
        <w:rPr>
          <w:bCs/>
          <w:u w:val="single"/>
        </w:rPr>
        <w:t xml:space="preserve"> </w:t>
      </w:r>
      <w:r>
        <w:rPr>
          <w:bCs/>
          <w:u w:val="single"/>
        </w:rPr>
        <w:t xml:space="preserve">I </w:t>
      </w:r>
      <w:proofErr w:type="spellStart"/>
      <w:r w:rsidRPr="00630BAC">
        <w:rPr>
          <w:bCs/>
          <w:u w:val="single"/>
        </w:rPr>
        <w:t>reagovanju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vanrednim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situacijama</w:t>
      </w:r>
      <w:proofErr w:type="spellEnd"/>
      <w:r w:rsidRPr="00630BAC">
        <w:rPr>
          <w:bCs/>
          <w:u w:val="single"/>
        </w:rPr>
        <w:t>;</w:t>
      </w:r>
    </w:p>
    <w:p w14:paraId="3EA304CE" w14:textId="454CA333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Izrađuje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ažurira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planove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intervencije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upravljanje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rizicima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suočavanje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vanrednim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situacijama</w:t>
      </w:r>
      <w:proofErr w:type="spellEnd"/>
      <w:r w:rsidRPr="00630BAC">
        <w:rPr>
          <w:bCs/>
          <w:u w:val="single"/>
        </w:rPr>
        <w:t>;</w:t>
      </w:r>
    </w:p>
    <w:p w14:paraId="0EFC1899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r w:rsidRPr="00630BAC">
        <w:rPr>
          <w:b/>
          <w:u w:val="single"/>
        </w:rPr>
        <w:t xml:space="preserve">Monitoring </w:t>
      </w:r>
      <w:proofErr w:type="spellStart"/>
      <w:r w:rsidRPr="00630BAC">
        <w:rPr>
          <w:b/>
          <w:u w:val="single"/>
        </w:rPr>
        <w:t>i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Izveštavanje</w:t>
      </w:r>
      <w:proofErr w:type="spellEnd"/>
    </w:p>
    <w:p w14:paraId="0B2B7F03" w14:textId="17DF7AED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Izrađuje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mesečne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tromesečne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godišnje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izveštaje</w:t>
      </w:r>
      <w:proofErr w:type="spellEnd"/>
      <w:r w:rsidRPr="00630BAC">
        <w:rPr>
          <w:bCs/>
          <w:u w:val="single"/>
        </w:rPr>
        <w:t xml:space="preserve"> o </w:t>
      </w:r>
      <w:proofErr w:type="spellStart"/>
      <w:r w:rsidRPr="00630BAC">
        <w:rPr>
          <w:bCs/>
          <w:u w:val="single"/>
        </w:rPr>
        <w:t>tehničkom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stanju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infrastrukture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instalacija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>
        <w:rPr>
          <w:bCs/>
          <w:u w:val="single"/>
        </w:rPr>
        <w:t>i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opreme</w:t>
      </w:r>
      <w:proofErr w:type="spellEnd"/>
      <w:r w:rsidRPr="00630BAC">
        <w:rPr>
          <w:bCs/>
          <w:u w:val="single"/>
        </w:rPr>
        <w:t xml:space="preserve">, po </w:t>
      </w:r>
      <w:proofErr w:type="spellStart"/>
      <w:r w:rsidRPr="00630BAC">
        <w:rPr>
          <w:bCs/>
          <w:u w:val="single"/>
        </w:rPr>
        <w:t>zahtevu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Direktora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Operacija</w:t>
      </w:r>
      <w:proofErr w:type="spellEnd"/>
      <w:r w:rsidRPr="00630BAC">
        <w:rPr>
          <w:bCs/>
          <w:u w:val="single"/>
        </w:rPr>
        <w:t>;</w:t>
      </w:r>
    </w:p>
    <w:p w14:paraId="1EB44CB7" w14:textId="18460307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Predlaže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operativna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poboljšanja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povećanja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efikasnosti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smanjenja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operativnih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troškova</w:t>
      </w:r>
      <w:proofErr w:type="spellEnd"/>
      <w:r w:rsidRPr="00630BAC">
        <w:rPr>
          <w:bCs/>
          <w:u w:val="single"/>
        </w:rPr>
        <w:t>;</w:t>
      </w:r>
    </w:p>
    <w:p w14:paraId="5B6EBC21" w14:textId="183C6E5B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Polaže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račune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performanse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rezultate</w:t>
      </w:r>
      <w:proofErr w:type="spellEnd"/>
      <w:r w:rsidRPr="00630BAC">
        <w:rPr>
          <w:bCs/>
          <w:u w:val="single"/>
        </w:rPr>
        <w:t xml:space="preserve"> pred </w:t>
      </w:r>
      <w:proofErr w:type="spellStart"/>
      <w:r w:rsidRPr="00630BAC">
        <w:rPr>
          <w:bCs/>
          <w:u w:val="single"/>
        </w:rPr>
        <w:t>Direktorom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Operacija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, po </w:t>
      </w:r>
      <w:proofErr w:type="spellStart"/>
      <w:r w:rsidRPr="00630BAC">
        <w:rPr>
          <w:bCs/>
          <w:u w:val="single"/>
        </w:rPr>
        <w:t>potrebi</w:t>
      </w:r>
      <w:proofErr w:type="spellEnd"/>
      <w:r w:rsidRPr="00630BAC">
        <w:rPr>
          <w:bCs/>
          <w:u w:val="single"/>
        </w:rPr>
        <w:t>, pred</w:t>
      </w:r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Generalnim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Izvršnim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Direktorom</w:t>
      </w:r>
      <w:proofErr w:type="spellEnd"/>
      <w:r w:rsidRPr="00630BAC">
        <w:rPr>
          <w:bCs/>
          <w:u w:val="single"/>
        </w:rPr>
        <w:t>;</w:t>
      </w:r>
    </w:p>
    <w:p w14:paraId="42341BF3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lastRenderedPageBreak/>
        <w:t>Koordinacija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i</w:t>
      </w:r>
      <w:proofErr w:type="spellEnd"/>
      <w:r w:rsidRPr="00630BAC">
        <w:rPr>
          <w:b/>
          <w:u w:val="single"/>
        </w:rPr>
        <w:t xml:space="preserve"> Institucionalna </w:t>
      </w:r>
      <w:proofErr w:type="spellStart"/>
      <w:r w:rsidRPr="00630BAC">
        <w:rPr>
          <w:b/>
          <w:u w:val="single"/>
        </w:rPr>
        <w:t>Saradnja</w:t>
      </w:r>
      <w:proofErr w:type="spellEnd"/>
    </w:p>
    <w:p w14:paraId="629F8650" w14:textId="6955357D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Koordinira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radove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Menadžerima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Deponija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rukovodiocima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jedinica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planiranja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sprovođenja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zadataka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terenu</w:t>
      </w:r>
      <w:proofErr w:type="spellEnd"/>
      <w:r w:rsidRPr="00630BAC">
        <w:rPr>
          <w:bCs/>
          <w:u w:val="single"/>
        </w:rPr>
        <w:t>;</w:t>
      </w:r>
    </w:p>
    <w:p w14:paraId="1CF08DE5" w14:textId="28157985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Usklađuje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operativne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inženjerske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aktivnosti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tesnoj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saradnji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Direkcijom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Operacije</w:t>
      </w:r>
      <w:proofErr w:type="spellEnd"/>
      <w:r w:rsidRPr="00630BAC">
        <w:rPr>
          <w:bCs/>
          <w:u w:val="single"/>
        </w:rPr>
        <w:t>;</w:t>
      </w:r>
    </w:p>
    <w:p w14:paraId="53805412" w14:textId="5AE3BCDB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Obezbeđuje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redovan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efektivan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tok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komunikacije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između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relevantnih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jedinica</w:t>
      </w:r>
      <w:proofErr w:type="spellEnd"/>
      <w:r w:rsidRPr="00630BAC">
        <w:rPr>
          <w:bCs/>
          <w:u w:val="single"/>
        </w:rPr>
        <w:t>;</w:t>
      </w:r>
    </w:p>
    <w:p w14:paraId="38DEE472" w14:textId="0DDC8D99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Obavlja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druge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zadatke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određene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od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strane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pretpostavljenog</w:t>
      </w:r>
      <w:proofErr w:type="spellEnd"/>
      <w:r w:rsidRPr="00630BAC">
        <w:rPr>
          <w:bCs/>
          <w:u w:val="single"/>
        </w:rPr>
        <w:t xml:space="preserve">, u </w:t>
      </w:r>
      <w:proofErr w:type="spellStart"/>
      <w:r w:rsidRPr="00630BAC">
        <w:rPr>
          <w:bCs/>
          <w:u w:val="single"/>
        </w:rPr>
        <w:t>skladu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odgovornostima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radnog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mesta</w:t>
      </w:r>
      <w:proofErr w:type="spellEnd"/>
      <w:r w:rsidRPr="00630BAC">
        <w:rPr>
          <w:bCs/>
          <w:u w:val="single"/>
        </w:rPr>
        <w:t>.</w:t>
      </w:r>
    </w:p>
    <w:p w14:paraId="59EEB491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Iskustvo</w:t>
      </w:r>
      <w:proofErr w:type="spellEnd"/>
      <w:r w:rsidRPr="00630BAC">
        <w:rPr>
          <w:b/>
          <w:u w:val="single"/>
        </w:rPr>
        <w:t xml:space="preserve"> / </w:t>
      </w:r>
      <w:proofErr w:type="spellStart"/>
      <w:r w:rsidRPr="00630BAC">
        <w:rPr>
          <w:b/>
          <w:u w:val="single"/>
        </w:rPr>
        <w:t>Obrazovanje</w:t>
      </w:r>
      <w:proofErr w:type="spellEnd"/>
      <w:r w:rsidRPr="00630BAC">
        <w:rPr>
          <w:b/>
          <w:u w:val="single"/>
        </w:rPr>
        <w:t>:</w:t>
      </w:r>
    </w:p>
    <w:p w14:paraId="3D08C557" w14:textId="2D33F3B5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Univerzitetska</w:t>
      </w:r>
      <w:proofErr w:type="spellEnd"/>
      <w:r w:rsidRPr="00630BAC">
        <w:rPr>
          <w:bCs/>
          <w:u w:val="single"/>
        </w:rPr>
        <w:t xml:space="preserve"> diploma </w:t>
      </w:r>
      <w:proofErr w:type="spellStart"/>
      <w:r w:rsidRPr="00630BAC">
        <w:rPr>
          <w:bCs/>
          <w:u w:val="single"/>
        </w:rPr>
        <w:t>iz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Građevinskog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Inženjerstva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Inženjerstva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Zaštite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Životne</w:t>
      </w:r>
      <w:proofErr w:type="spellEnd"/>
      <w:r w:rsidRPr="00630BAC">
        <w:rPr>
          <w:bCs/>
          <w:u w:val="single"/>
        </w:rPr>
        <w:t xml:space="preserve"> Sredine </w:t>
      </w:r>
      <w:proofErr w:type="spellStart"/>
      <w:r w:rsidRPr="00630BAC">
        <w:rPr>
          <w:bCs/>
          <w:u w:val="single"/>
        </w:rPr>
        <w:t>ili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srodnih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oblasti</w:t>
      </w:r>
      <w:proofErr w:type="spellEnd"/>
      <w:r w:rsidRPr="00630BAC">
        <w:rPr>
          <w:bCs/>
          <w:u w:val="single"/>
        </w:rPr>
        <w:t>;</w:t>
      </w:r>
    </w:p>
    <w:p w14:paraId="2A4BF971" w14:textId="36B687B1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Najmanje</w:t>
      </w:r>
      <w:proofErr w:type="spellEnd"/>
      <w:r w:rsidRPr="00630BAC">
        <w:rPr>
          <w:bCs/>
          <w:u w:val="single"/>
        </w:rPr>
        <w:t xml:space="preserve"> 3 </w:t>
      </w:r>
      <w:proofErr w:type="spellStart"/>
      <w:r w:rsidRPr="00630BAC">
        <w:rPr>
          <w:bCs/>
          <w:u w:val="single"/>
        </w:rPr>
        <w:t>godine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profesionalnog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iskustva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tehničkom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upravljanju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održavanju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ili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inženjerskim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operacijama</w:t>
      </w:r>
      <w:proofErr w:type="spellEnd"/>
      <w:r w:rsidRPr="00630BAC">
        <w:rPr>
          <w:bCs/>
          <w:u w:val="single"/>
        </w:rPr>
        <w:t>;</w:t>
      </w:r>
    </w:p>
    <w:p w14:paraId="3FAD3A85" w14:textId="53DC56BF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Dokazano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iskustvo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sprovođenju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projekata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izradi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prateće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dokumentacije</w:t>
      </w:r>
      <w:proofErr w:type="spellEnd"/>
      <w:r w:rsidRPr="00630BAC">
        <w:rPr>
          <w:bCs/>
          <w:u w:val="single"/>
        </w:rPr>
        <w:t>;</w:t>
      </w:r>
    </w:p>
    <w:p w14:paraId="73AACB51" w14:textId="46F8D14D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r w:rsidRPr="00630BAC">
        <w:rPr>
          <w:bCs/>
          <w:u w:val="single"/>
        </w:rPr>
        <w:t xml:space="preserve">Dobre </w:t>
      </w:r>
      <w:proofErr w:type="spellStart"/>
      <w:r w:rsidRPr="00630BAC">
        <w:rPr>
          <w:bCs/>
          <w:u w:val="single"/>
        </w:rPr>
        <w:t>veštine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korišćenju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programa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dizajn</w:t>
      </w:r>
      <w:proofErr w:type="spellEnd"/>
      <w:r w:rsidRPr="00630BAC">
        <w:rPr>
          <w:bCs/>
          <w:u w:val="single"/>
        </w:rPr>
        <w:t>/</w:t>
      </w:r>
      <w:proofErr w:type="spellStart"/>
      <w:r w:rsidRPr="00630BAC">
        <w:rPr>
          <w:bCs/>
          <w:u w:val="single"/>
        </w:rPr>
        <w:t>projektovanje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MS Office </w:t>
      </w:r>
      <w:proofErr w:type="spellStart"/>
      <w:r w:rsidRPr="00630BAC">
        <w:rPr>
          <w:bCs/>
          <w:u w:val="single"/>
        </w:rPr>
        <w:t>aplikacija</w:t>
      </w:r>
      <w:proofErr w:type="spellEnd"/>
      <w:r w:rsidRPr="00630BAC">
        <w:rPr>
          <w:bCs/>
          <w:u w:val="single"/>
        </w:rPr>
        <w:t>;</w:t>
      </w:r>
    </w:p>
    <w:p w14:paraId="7A46DBCE" w14:textId="528250BC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Poznavanje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engleskog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jezika</w:t>
      </w:r>
      <w:proofErr w:type="spellEnd"/>
      <w:r w:rsidRPr="00630BAC">
        <w:rPr>
          <w:bCs/>
          <w:u w:val="single"/>
        </w:rPr>
        <w:t xml:space="preserve"> (u </w:t>
      </w:r>
      <w:proofErr w:type="spellStart"/>
      <w:r w:rsidRPr="00630BAC">
        <w:rPr>
          <w:bCs/>
          <w:u w:val="single"/>
        </w:rPr>
        <w:t>govoru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pismu</w:t>
      </w:r>
      <w:proofErr w:type="spellEnd"/>
      <w:r w:rsidRPr="00630BAC">
        <w:rPr>
          <w:bCs/>
          <w:u w:val="single"/>
        </w:rPr>
        <w:t xml:space="preserve">) </w:t>
      </w:r>
      <w:proofErr w:type="spellStart"/>
      <w:r w:rsidRPr="00630BAC">
        <w:rPr>
          <w:bCs/>
          <w:u w:val="single"/>
        </w:rPr>
        <w:t>predstavlja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prednost</w:t>
      </w:r>
      <w:proofErr w:type="spellEnd"/>
      <w:r w:rsidRPr="00630BAC">
        <w:rPr>
          <w:bCs/>
          <w:u w:val="single"/>
        </w:rPr>
        <w:t>.</w:t>
      </w:r>
    </w:p>
    <w:p w14:paraId="0B6B77EF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Ostale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Veštine</w:t>
      </w:r>
      <w:proofErr w:type="spellEnd"/>
      <w:r w:rsidRPr="00630BAC">
        <w:rPr>
          <w:b/>
          <w:u w:val="single"/>
        </w:rPr>
        <w:t>:</w:t>
      </w:r>
    </w:p>
    <w:p w14:paraId="34E4B64F" w14:textId="6C602D5C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Dokazane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veštine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vođenju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timova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koordinaciji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radova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terenu</w:t>
      </w:r>
      <w:proofErr w:type="spellEnd"/>
      <w:r w:rsidRPr="00630BAC">
        <w:rPr>
          <w:bCs/>
          <w:u w:val="single"/>
        </w:rPr>
        <w:t>;</w:t>
      </w:r>
    </w:p>
    <w:p w14:paraId="491BF673" w14:textId="2ABAC5F9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Znanje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iskustvo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dijagnostikovanju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rešavanju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problema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oblasti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građevinarstva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>
        <w:rPr>
          <w:bCs/>
          <w:u w:val="single"/>
        </w:rPr>
        <w:t>i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održavanja</w:t>
      </w:r>
      <w:proofErr w:type="spellEnd"/>
      <w:r w:rsidRPr="00630BAC">
        <w:rPr>
          <w:bCs/>
          <w:u w:val="single"/>
        </w:rPr>
        <w:t>;</w:t>
      </w:r>
    </w:p>
    <w:p w14:paraId="50CA87C5" w14:textId="19FEFF76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Menadžerske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veštine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veštine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nadzora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operatera</w:t>
      </w:r>
      <w:proofErr w:type="spellEnd"/>
      <w:r w:rsidRPr="00630BAC">
        <w:rPr>
          <w:bCs/>
          <w:u w:val="single"/>
        </w:rPr>
        <w:t xml:space="preserve"> za </w:t>
      </w:r>
      <w:proofErr w:type="spellStart"/>
      <w:r w:rsidRPr="00630BAC">
        <w:rPr>
          <w:bCs/>
          <w:u w:val="single"/>
        </w:rPr>
        <w:t>građevinske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radove</w:t>
      </w:r>
      <w:proofErr w:type="spellEnd"/>
      <w:r w:rsidRPr="00630BAC">
        <w:rPr>
          <w:bCs/>
          <w:u w:val="single"/>
        </w:rPr>
        <w:t>;</w:t>
      </w:r>
    </w:p>
    <w:p w14:paraId="75043E84" w14:textId="5006ECEC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Veština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izradi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čitanju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interpretaciji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dokumentacije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uključujući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planove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izveštaje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tehničke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specifikacije</w:t>
      </w:r>
      <w:proofErr w:type="spellEnd"/>
      <w:r w:rsidRPr="00630BAC">
        <w:rPr>
          <w:bCs/>
          <w:u w:val="single"/>
        </w:rPr>
        <w:t>;</w:t>
      </w:r>
    </w:p>
    <w:p w14:paraId="13E39307" w14:textId="7BE388A7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Orijentisanost</w:t>
      </w:r>
      <w:proofErr w:type="spellEnd"/>
      <w:r w:rsidRPr="00630BAC">
        <w:rPr>
          <w:bCs/>
          <w:u w:val="single"/>
        </w:rPr>
        <w:t xml:space="preserve"> ka </w:t>
      </w:r>
      <w:proofErr w:type="spellStart"/>
      <w:r w:rsidRPr="00630BAC">
        <w:rPr>
          <w:bCs/>
          <w:u w:val="single"/>
        </w:rPr>
        <w:t>praktičnim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rešenjima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posvećenost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kontinuiranom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poboljšanju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tehničkih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operativnih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procesa</w:t>
      </w:r>
      <w:proofErr w:type="spellEnd"/>
      <w:r w:rsidRPr="00630BAC">
        <w:rPr>
          <w:bCs/>
          <w:u w:val="single"/>
        </w:rPr>
        <w:t>;</w:t>
      </w:r>
    </w:p>
    <w:p w14:paraId="73FE6FE2" w14:textId="4E050FAD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Odlične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komunikacione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veštine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sposobnost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saradnje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drugim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organizacionim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jedinicama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spoljnim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kontaktima</w:t>
      </w:r>
      <w:proofErr w:type="spellEnd"/>
      <w:r w:rsidRPr="00630BAC">
        <w:rPr>
          <w:bCs/>
          <w:u w:val="single"/>
        </w:rPr>
        <w:t>.</w:t>
      </w:r>
    </w:p>
    <w:p w14:paraId="031719C8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Procedura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Konkurisanja</w:t>
      </w:r>
      <w:proofErr w:type="spellEnd"/>
      <w:r w:rsidRPr="00630BAC">
        <w:rPr>
          <w:b/>
          <w:u w:val="single"/>
        </w:rPr>
        <w:t>:</w:t>
      </w:r>
    </w:p>
    <w:p w14:paraId="6F47D751" w14:textId="7C5B5291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Zainteresovani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kandidati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zvanični</w:t>
      </w:r>
      <w:proofErr w:type="spellEnd"/>
      <w:r w:rsidRPr="00630BAC">
        <w:rPr>
          <w:bCs/>
          <w:u w:val="single"/>
        </w:rPr>
        <w:t xml:space="preserve"> formular </w:t>
      </w:r>
      <w:proofErr w:type="spellStart"/>
      <w:r w:rsidRPr="00630BAC">
        <w:rPr>
          <w:bCs/>
          <w:u w:val="single"/>
        </w:rPr>
        <w:t>mogu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preuzeti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kancelarijama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Ljudskih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Resursa</w:t>
      </w:r>
      <w:proofErr w:type="spellEnd"/>
      <w:r w:rsidRPr="00630BAC">
        <w:rPr>
          <w:bCs/>
          <w:u w:val="single"/>
        </w:rPr>
        <w:t xml:space="preserve"> KMDK A.D. </w:t>
      </w:r>
      <w:proofErr w:type="spellStart"/>
      <w:r w:rsidRPr="00630BAC">
        <w:rPr>
          <w:bCs/>
          <w:u w:val="single"/>
        </w:rPr>
        <w:t>ili</w:t>
      </w:r>
      <w:proofErr w:type="spellEnd"/>
      <w:r w:rsidRPr="00630BAC">
        <w:rPr>
          <w:bCs/>
          <w:u w:val="single"/>
        </w:rPr>
        <w:t xml:space="preserve"> ga </w:t>
      </w:r>
      <w:proofErr w:type="spellStart"/>
      <w:r w:rsidRPr="00630BAC">
        <w:rPr>
          <w:bCs/>
          <w:u w:val="single"/>
        </w:rPr>
        <w:t>preuzeti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internet </w:t>
      </w:r>
      <w:proofErr w:type="spellStart"/>
      <w:r w:rsidRPr="00630BAC">
        <w:rPr>
          <w:bCs/>
          <w:u w:val="single"/>
        </w:rPr>
        <w:t>stranice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adresi</w:t>
      </w:r>
      <w:proofErr w:type="spellEnd"/>
      <w:r w:rsidRPr="00630BAC">
        <w:rPr>
          <w:bCs/>
          <w:u w:val="single"/>
        </w:rPr>
        <w:t>: https://kmdk-ks.org/.</w:t>
      </w:r>
    </w:p>
    <w:p w14:paraId="361EA077" w14:textId="77777777" w:rsidR="00776784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Dokumentacija</w:t>
      </w:r>
      <w:proofErr w:type="spellEnd"/>
      <w:r w:rsidRPr="00630BAC">
        <w:rPr>
          <w:bCs/>
          <w:u w:val="single"/>
        </w:rPr>
        <w:t xml:space="preserve"> se </w:t>
      </w:r>
      <w:proofErr w:type="spellStart"/>
      <w:r w:rsidRPr="00630BAC">
        <w:rPr>
          <w:bCs/>
          <w:u w:val="single"/>
        </w:rPr>
        <w:t>može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podneti</w:t>
      </w:r>
      <w:proofErr w:type="spellEnd"/>
      <w:r w:rsidRPr="00630BAC">
        <w:rPr>
          <w:bCs/>
          <w:u w:val="single"/>
        </w:rPr>
        <w:t xml:space="preserve">: </w:t>
      </w:r>
    </w:p>
    <w:p w14:paraId="7ABEE6CD" w14:textId="77777777" w:rsidR="00776784" w:rsidRDefault="00630BAC">
      <w:pPr>
        <w:pStyle w:val="NormalWeb"/>
        <w:numPr>
          <w:ilvl w:val="0"/>
          <w:numId w:val="8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elektronskim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putem</w:t>
      </w:r>
      <w:proofErr w:type="spellEnd"/>
      <w:r w:rsidRPr="00630BAC">
        <w:rPr>
          <w:bCs/>
          <w:u w:val="single"/>
        </w:rPr>
        <w:t xml:space="preserve">, </w:t>
      </w:r>
    </w:p>
    <w:p w14:paraId="613FCA36" w14:textId="77777777" w:rsidR="00776784" w:rsidRDefault="00630BAC">
      <w:pPr>
        <w:pStyle w:val="NormalWeb"/>
        <w:numPr>
          <w:ilvl w:val="0"/>
          <w:numId w:val="8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preko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elektronske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adrese</w:t>
      </w:r>
      <w:proofErr w:type="spellEnd"/>
      <w:r w:rsidRPr="00630BAC">
        <w:rPr>
          <w:bCs/>
          <w:u w:val="single"/>
        </w:rPr>
        <w:t xml:space="preserve"> </w:t>
      </w:r>
      <w:hyperlink r:id="rId7" w:history="1">
        <w:r w:rsidRPr="00630BAC">
          <w:rPr>
            <w:rStyle w:val="Hyperlink"/>
            <w:bCs/>
          </w:rPr>
          <w:t>burimetnjerzore@kmdk-ks.org</w:t>
        </w:r>
      </w:hyperlink>
      <w:r w:rsidRPr="00630BAC">
        <w:rPr>
          <w:bCs/>
          <w:u w:val="single"/>
        </w:rPr>
        <w:t>,</w:t>
      </w:r>
    </w:p>
    <w:p w14:paraId="369F395A" w14:textId="77777777" w:rsidR="00776784" w:rsidRDefault="00630BAC">
      <w:pPr>
        <w:pStyle w:val="NormalWeb"/>
        <w:numPr>
          <w:ilvl w:val="0"/>
          <w:numId w:val="8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lastRenderedPageBreak/>
        <w:t>putem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pošte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ili</w:t>
      </w:r>
      <w:proofErr w:type="spellEnd"/>
      <w:r>
        <w:rPr>
          <w:bCs/>
          <w:u w:val="single"/>
        </w:rPr>
        <w:t xml:space="preserve"> </w:t>
      </w:r>
    </w:p>
    <w:p w14:paraId="38AFCD4D" w14:textId="38808C9D" w:rsidR="00630BAC" w:rsidRPr="00630BAC" w:rsidRDefault="00630BAC">
      <w:pPr>
        <w:pStyle w:val="NormalWeb"/>
        <w:numPr>
          <w:ilvl w:val="0"/>
          <w:numId w:val="8"/>
        </w:numPr>
        <w:jc w:val="both"/>
        <w:rPr>
          <w:bCs/>
          <w:u w:val="single"/>
        </w:rPr>
      </w:pPr>
      <w:r w:rsidRPr="00630BAC">
        <w:rPr>
          <w:bCs/>
          <w:u w:val="single"/>
        </w:rPr>
        <w:t xml:space="preserve">u </w:t>
      </w:r>
      <w:proofErr w:type="spellStart"/>
      <w:r w:rsidRPr="00630BAC">
        <w:rPr>
          <w:bCs/>
          <w:u w:val="single"/>
        </w:rPr>
        <w:t>fizičkoj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kopiji</w:t>
      </w:r>
      <w:proofErr w:type="spellEnd"/>
      <w:r w:rsidRPr="00630BAC">
        <w:rPr>
          <w:bCs/>
          <w:u w:val="single"/>
        </w:rPr>
        <w:t xml:space="preserve"> u </w:t>
      </w:r>
      <w:proofErr w:type="spellStart"/>
      <w:r w:rsidRPr="00630BAC">
        <w:rPr>
          <w:bCs/>
          <w:u w:val="single"/>
        </w:rPr>
        <w:t>kancelarijama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Ljudskih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Resursa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adresi</w:t>
      </w:r>
      <w:proofErr w:type="spellEnd"/>
      <w:r w:rsidRPr="00630BAC">
        <w:rPr>
          <w:bCs/>
          <w:u w:val="single"/>
        </w:rPr>
        <w:t xml:space="preserve">: </w:t>
      </w:r>
      <w:proofErr w:type="spellStart"/>
      <w:r w:rsidRPr="00630BAC">
        <w:rPr>
          <w:bCs/>
          <w:u w:val="single"/>
        </w:rPr>
        <w:t>Ulica</w:t>
      </w:r>
      <w:proofErr w:type="spellEnd"/>
      <w:r w:rsidRPr="00630BAC">
        <w:rPr>
          <w:bCs/>
          <w:u w:val="single"/>
        </w:rPr>
        <w:t xml:space="preserve"> „Gazmend Zajmi“, br. 41, </w:t>
      </w:r>
      <w:proofErr w:type="spellStart"/>
      <w:r w:rsidRPr="00630BAC">
        <w:rPr>
          <w:bCs/>
          <w:u w:val="single"/>
        </w:rPr>
        <w:t>Priština</w:t>
      </w:r>
      <w:proofErr w:type="spellEnd"/>
      <w:r w:rsidRPr="00630BAC">
        <w:rPr>
          <w:bCs/>
          <w:u w:val="single"/>
        </w:rPr>
        <w:t>.</w:t>
      </w:r>
    </w:p>
    <w:p w14:paraId="533BD3CB" w14:textId="19D49F33" w:rsidR="00630BAC" w:rsidRPr="00776784" w:rsidRDefault="00630BAC" w:rsidP="00776784">
      <w:pPr>
        <w:pStyle w:val="NormalWeb"/>
        <w:jc w:val="both"/>
        <w:rPr>
          <w:bCs/>
          <w:i/>
          <w:iCs/>
          <w:u w:val="single"/>
        </w:rPr>
      </w:pPr>
      <w:proofErr w:type="spellStart"/>
      <w:r w:rsidRPr="00776784">
        <w:rPr>
          <w:bCs/>
          <w:i/>
          <w:iCs/>
          <w:u w:val="single"/>
        </w:rPr>
        <w:t>Aplikacija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poslata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putem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elektronske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adrese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smatra</w:t>
      </w:r>
      <w:proofErr w:type="spellEnd"/>
      <w:r w:rsidRPr="00776784">
        <w:rPr>
          <w:bCs/>
          <w:i/>
          <w:iCs/>
          <w:u w:val="single"/>
        </w:rPr>
        <w:t xml:space="preserve"> se </w:t>
      </w:r>
      <w:proofErr w:type="spellStart"/>
      <w:r w:rsidRPr="00776784">
        <w:rPr>
          <w:bCs/>
          <w:i/>
          <w:iCs/>
          <w:u w:val="single"/>
        </w:rPr>
        <w:t>primljenom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ukoliko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primite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potvrdu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sa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adrese</w:t>
      </w:r>
      <w:proofErr w:type="spellEnd"/>
      <w:r w:rsidRPr="00776784">
        <w:rPr>
          <w:bCs/>
          <w:i/>
          <w:iCs/>
          <w:u w:val="single"/>
        </w:rPr>
        <w:t xml:space="preserve"> o </w:t>
      </w:r>
      <w:proofErr w:type="spellStart"/>
      <w:r w:rsidRPr="00776784">
        <w:rPr>
          <w:bCs/>
          <w:i/>
          <w:iCs/>
          <w:u w:val="single"/>
        </w:rPr>
        <w:t>prijemu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aplikacije</w:t>
      </w:r>
      <w:proofErr w:type="spellEnd"/>
      <w:r w:rsidRPr="00776784">
        <w:rPr>
          <w:bCs/>
          <w:i/>
          <w:iCs/>
          <w:u w:val="single"/>
        </w:rPr>
        <w:t xml:space="preserve">. </w:t>
      </w:r>
      <w:proofErr w:type="spellStart"/>
      <w:r w:rsidRPr="00776784">
        <w:rPr>
          <w:bCs/>
          <w:i/>
          <w:iCs/>
          <w:u w:val="single"/>
        </w:rPr>
        <w:t>Kandidati</w:t>
      </w:r>
      <w:proofErr w:type="spellEnd"/>
      <w:r w:rsidRPr="00776784">
        <w:rPr>
          <w:bCs/>
          <w:i/>
          <w:iCs/>
          <w:u w:val="single"/>
        </w:rPr>
        <w:t xml:space="preserve"> koji </w:t>
      </w:r>
      <w:proofErr w:type="spellStart"/>
      <w:r w:rsidRPr="00776784">
        <w:rPr>
          <w:bCs/>
          <w:i/>
          <w:iCs/>
          <w:u w:val="single"/>
        </w:rPr>
        <w:t>konkurišu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moraju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tačno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navesti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adresu</w:t>
      </w:r>
      <w:proofErr w:type="spellEnd"/>
      <w:r w:rsidRPr="00776784">
        <w:rPr>
          <w:bCs/>
          <w:i/>
          <w:iCs/>
          <w:u w:val="single"/>
        </w:rPr>
        <w:t xml:space="preserve">, </w:t>
      </w:r>
      <w:proofErr w:type="spellStart"/>
      <w:r w:rsidRPr="00776784">
        <w:rPr>
          <w:bCs/>
          <w:i/>
          <w:iCs/>
          <w:u w:val="single"/>
        </w:rPr>
        <w:t>kontakt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telefon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i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elektronsku</w:t>
      </w:r>
      <w:proofErr w:type="spellEnd"/>
      <w:r w:rsidRPr="00776784">
        <w:rPr>
          <w:bCs/>
          <w:i/>
          <w:iCs/>
          <w:u w:val="single"/>
        </w:rPr>
        <w:t xml:space="preserve"> </w:t>
      </w:r>
      <w:proofErr w:type="spellStart"/>
      <w:r w:rsidRPr="00776784">
        <w:rPr>
          <w:bCs/>
          <w:i/>
          <w:iCs/>
          <w:u w:val="single"/>
        </w:rPr>
        <w:t>adresu</w:t>
      </w:r>
      <w:proofErr w:type="spellEnd"/>
      <w:r w:rsidRPr="00776784">
        <w:rPr>
          <w:bCs/>
          <w:i/>
          <w:iCs/>
          <w:u w:val="single"/>
        </w:rPr>
        <w:t>.</w:t>
      </w:r>
    </w:p>
    <w:p w14:paraId="3938F042" w14:textId="77777777" w:rsidR="00630BAC" w:rsidRPr="00630BAC" w:rsidRDefault="00630BAC" w:rsidP="00630BAC">
      <w:pPr>
        <w:pStyle w:val="NormalWeb"/>
        <w:jc w:val="both"/>
        <w:rPr>
          <w:b/>
          <w:u w:val="single"/>
        </w:rPr>
      </w:pPr>
      <w:proofErr w:type="spellStart"/>
      <w:r w:rsidRPr="00630BAC">
        <w:rPr>
          <w:b/>
          <w:u w:val="single"/>
        </w:rPr>
        <w:t>Potrebna</w:t>
      </w:r>
      <w:proofErr w:type="spellEnd"/>
      <w:r w:rsidRPr="00630BAC">
        <w:rPr>
          <w:b/>
          <w:u w:val="single"/>
        </w:rPr>
        <w:t xml:space="preserve"> </w:t>
      </w:r>
      <w:proofErr w:type="spellStart"/>
      <w:r w:rsidRPr="00630BAC">
        <w:rPr>
          <w:b/>
          <w:u w:val="single"/>
        </w:rPr>
        <w:t>Dokumentacija</w:t>
      </w:r>
      <w:proofErr w:type="spellEnd"/>
      <w:r w:rsidRPr="00630BAC">
        <w:rPr>
          <w:b/>
          <w:u w:val="single"/>
        </w:rPr>
        <w:t xml:space="preserve"> za </w:t>
      </w:r>
      <w:proofErr w:type="spellStart"/>
      <w:r w:rsidRPr="00630BAC">
        <w:rPr>
          <w:b/>
          <w:u w:val="single"/>
        </w:rPr>
        <w:t>Apliciranje</w:t>
      </w:r>
      <w:proofErr w:type="spellEnd"/>
      <w:r w:rsidRPr="00630BAC">
        <w:rPr>
          <w:b/>
          <w:u w:val="single"/>
        </w:rPr>
        <w:t>:</w:t>
      </w:r>
    </w:p>
    <w:p w14:paraId="5865E1D3" w14:textId="29C21E25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Zvanični</w:t>
      </w:r>
      <w:proofErr w:type="spellEnd"/>
      <w:r w:rsidRPr="00630BAC">
        <w:rPr>
          <w:bCs/>
          <w:u w:val="single"/>
        </w:rPr>
        <w:t xml:space="preserve"> formular za </w:t>
      </w:r>
      <w:proofErr w:type="spellStart"/>
      <w:r w:rsidRPr="00630BAC">
        <w:rPr>
          <w:bCs/>
          <w:u w:val="single"/>
        </w:rPr>
        <w:t>apliciranje</w:t>
      </w:r>
      <w:proofErr w:type="spellEnd"/>
      <w:r w:rsidRPr="00630BAC">
        <w:rPr>
          <w:bCs/>
          <w:u w:val="single"/>
        </w:rPr>
        <w:t xml:space="preserve"> (</w:t>
      </w:r>
      <w:proofErr w:type="spellStart"/>
      <w:r w:rsidRPr="00630BAC">
        <w:rPr>
          <w:bCs/>
          <w:u w:val="single"/>
        </w:rPr>
        <w:t>popunjen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potpisan</w:t>
      </w:r>
      <w:proofErr w:type="spellEnd"/>
      <w:r w:rsidRPr="00630BAC">
        <w:rPr>
          <w:bCs/>
          <w:u w:val="single"/>
        </w:rPr>
        <w:t>);</w:t>
      </w:r>
    </w:p>
    <w:p w14:paraId="5795514A" w14:textId="170B3A59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Kopija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važeće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lične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karte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ili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pasoša</w:t>
      </w:r>
      <w:proofErr w:type="spellEnd"/>
      <w:r w:rsidRPr="00630BAC">
        <w:rPr>
          <w:bCs/>
          <w:u w:val="single"/>
        </w:rPr>
        <w:t>;</w:t>
      </w:r>
    </w:p>
    <w:p w14:paraId="165C6478" w14:textId="24CA380F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Detaljan</w:t>
      </w:r>
      <w:proofErr w:type="spellEnd"/>
      <w:r w:rsidRPr="00630BAC">
        <w:rPr>
          <w:bCs/>
          <w:u w:val="single"/>
        </w:rPr>
        <w:t xml:space="preserve"> CV </w:t>
      </w:r>
      <w:proofErr w:type="spellStart"/>
      <w:r w:rsidRPr="00630BAC">
        <w:rPr>
          <w:bCs/>
          <w:u w:val="single"/>
        </w:rPr>
        <w:t>sa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radnim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iskustvom</w:t>
      </w:r>
      <w:proofErr w:type="spellEnd"/>
      <w:r w:rsidRPr="00630BAC">
        <w:rPr>
          <w:bCs/>
          <w:u w:val="single"/>
        </w:rPr>
        <w:t>;</w:t>
      </w:r>
    </w:p>
    <w:p w14:paraId="6453F249" w14:textId="050530AC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r w:rsidRPr="00630BAC">
        <w:rPr>
          <w:bCs/>
          <w:u w:val="single"/>
        </w:rPr>
        <w:t xml:space="preserve">Diploma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dokazi</w:t>
      </w:r>
      <w:proofErr w:type="spellEnd"/>
      <w:r w:rsidRPr="00630BAC">
        <w:rPr>
          <w:bCs/>
          <w:u w:val="single"/>
        </w:rPr>
        <w:t xml:space="preserve"> o </w:t>
      </w:r>
      <w:proofErr w:type="spellStart"/>
      <w:r w:rsidRPr="00630BAC">
        <w:rPr>
          <w:bCs/>
          <w:u w:val="single"/>
        </w:rPr>
        <w:t>kvalifikacijama</w:t>
      </w:r>
      <w:proofErr w:type="spellEnd"/>
      <w:r w:rsidRPr="00630BAC">
        <w:rPr>
          <w:bCs/>
          <w:u w:val="single"/>
        </w:rPr>
        <w:t xml:space="preserve"> (</w:t>
      </w:r>
      <w:proofErr w:type="spellStart"/>
      <w:r w:rsidRPr="00630BAC">
        <w:rPr>
          <w:bCs/>
          <w:u w:val="single"/>
        </w:rPr>
        <w:t>diplome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stečene</w:t>
      </w:r>
      <w:proofErr w:type="spellEnd"/>
      <w:r w:rsidRPr="00630BAC">
        <w:rPr>
          <w:bCs/>
          <w:u w:val="single"/>
        </w:rPr>
        <w:t xml:space="preserve"> van </w:t>
      </w:r>
      <w:proofErr w:type="spellStart"/>
      <w:r w:rsidRPr="00630BAC">
        <w:rPr>
          <w:bCs/>
          <w:u w:val="single"/>
        </w:rPr>
        <w:t>Republike</w:t>
      </w:r>
      <w:proofErr w:type="spellEnd"/>
      <w:r w:rsidRPr="00630BAC">
        <w:rPr>
          <w:bCs/>
          <w:u w:val="single"/>
        </w:rPr>
        <w:t xml:space="preserve"> Kosovo </w:t>
      </w:r>
      <w:proofErr w:type="spellStart"/>
      <w:r w:rsidRPr="00630BAC">
        <w:rPr>
          <w:bCs/>
          <w:u w:val="single"/>
        </w:rPr>
        <w:t>moraju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biti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nostrifikovane</w:t>
      </w:r>
      <w:proofErr w:type="spellEnd"/>
      <w:r>
        <w:rPr>
          <w:bCs/>
          <w:u w:val="single"/>
        </w:rPr>
        <w:t xml:space="preserve"> </w:t>
      </w:r>
      <w:r w:rsidRPr="00630BAC">
        <w:rPr>
          <w:bCs/>
          <w:u w:val="single"/>
        </w:rPr>
        <w:t xml:space="preserve">od </w:t>
      </w:r>
      <w:proofErr w:type="spellStart"/>
      <w:r w:rsidRPr="00630BAC">
        <w:rPr>
          <w:bCs/>
          <w:u w:val="single"/>
        </w:rPr>
        <w:t>strane</w:t>
      </w:r>
      <w:proofErr w:type="spellEnd"/>
      <w:r w:rsidRPr="00630BAC">
        <w:rPr>
          <w:bCs/>
          <w:u w:val="single"/>
        </w:rPr>
        <w:t xml:space="preserve"> MAShTI);</w:t>
      </w:r>
    </w:p>
    <w:p w14:paraId="0382CA8B" w14:textId="1F2F262F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Dokaz</w:t>
      </w:r>
      <w:proofErr w:type="spellEnd"/>
      <w:r w:rsidRPr="00630BAC">
        <w:rPr>
          <w:bCs/>
          <w:u w:val="single"/>
        </w:rPr>
        <w:t xml:space="preserve"> o </w:t>
      </w:r>
      <w:proofErr w:type="spellStart"/>
      <w:r w:rsidRPr="00630BAC">
        <w:rPr>
          <w:bCs/>
          <w:u w:val="single"/>
        </w:rPr>
        <w:t>radnom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iskustvu</w:t>
      </w:r>
      <w:proofErr w:type="spellEnd"/>
      <w:r w:rsidRPr="00630BAC">
        <w:rPr>
          <w:bCs/>
          <w:u w:val="single"/>
        </w:rPr>
        <w:t xml:space="preserve"> (</w:t>
      </w:r>
      <w:proofErr w:type="spellStart"/>
      <w:r w:rsidRPr="00630BAC">
        <w:rPr>
          <w:bCs/>
          <w:u w:val="single"/>
        </w:rPr>
        <w:t>ugovori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ili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potvrde</w:t>
      </w:r>
      <w:proofErr w:type="spellEnd"/>
      <w:r w:rsidRPr="00630BAC">
        <w:rPr>
          <w:bCs/>
          <w:u w:val="single"/>
        </w:rPr>
        <w:t xml:space="preserve">,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izvod</w:t>
      </w:r>
      <w:proofErr w:type="spellEnd"/>
      <w:r w:rsidRPr="00630BAC">
        <w:rPr>
          <w:bCs/>
          <w:u w:val="single"/>
        </w:rPr>
        <w:t xml:space="preserve"> o </w:t>
      </w:r>
      <w:proofErr w:type="spellStart"/>
      <w:r w:rsidRPr="00630BAC">
        <w:rPr>
          <w:bCs/>
          <w:u w:val="single"/>
        </w:rPr>
        <w:t>penzijskim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doprinosima</w:t>
      </w:r>
      <w:proofErr w:type="spellEnd"/>
      <w:r w:rsidRPr="00630BAC">
        <w:rPr>
          <w:bCs/>
          <w:u w:val="single"/>
        </w:rPr>
        <w:t>);</w:t>
      </w:r>
    </w:p>
    <w:p w14:paraId="74AA84BE" w14:textId="6F910D3C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r w:rsidRPr="00630BAC">
        <w:rPr>
          <w:bCs/>
          <w:u w:val="single"/>
        </w:rPr>
        <w:t xml:space="preserve">Uverenje da </w:t>
      </w:r>
      <w:proofErr w:type="spellStart"/>
      <w:r w:rsidRPr="00630BAC">
        <w:rPr>
          <w:bCs/>
          <w:u w:val="single"/>
        </w:rPr>
        <w:t>kandidat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nije</w:t>
      </w:r>
      <w:proofErr w:type="spellEnd"/>
      <w:r w:rsidRPr="00630BAC">
        <w:rPr>
          <w:bCs/>
          <w:u w:val="single"/>
        </w:rPr>
        <w:t xml:space="preserve"> pod </w:t>
      </w:r>
      <w:proofErr w:type="spellStart"/>
      <w:r w:rsidRPr="00630BAC">
        <w:rPr>
          <w:bCs/>
          <w:u w:val="single"/>
        </w:rPr>
        <w:t>istragom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i</w:t>
      </w:r>
      <w:proofErr w:type="spellEnd"/>
      <w:r w:rsidRPr="00630BAC">
        <w:rPr>
          <w:bCs/>
          <w:u w:val="single"/>
        </w:rPr>
        <w:t xml:space="preserve"> da </w:t>
      </w:r>
      <w:proofErr w:type="spellStart"/>
      <w:r w:rsidRPr="00630BAC">
        <w:rPr>
          <w:bCs/>
          <w:u w:val="single"/>
        </w:rPr>
        <w:t>nije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osuđivan</w:t>
      </w:r>
      <w:proofErr w:type="spellEnd"/>
      <w:r w:rsidRPr="00630BAC">
        <w:rPr>
          <w:bCs/>
          <w:u w:val="single"/>
        </w:rPr>
        <w:t xml:space="preserve"> (ne </w:t>
      </w:r>
      <w:proofErr w:type="spellStart"/>
      <w:r w:rsidRPr="00630BAC">
        <w:rPr>
          <w:bCs/>
          <w:u w:val="single"/>
        </w:rPr>
        <w:t>starije</w:t>
      </w:r>
      <w:proofErr w:type="spellEnd"/>
      <w:r w:rsidRPr="00630BAC">
        <w:rPr>
          <w:bCs/>
          <w:u w:val="single"/>
        </w:rPr>
        <w:t xml:space="preserve"> od </w:t>
      </w:r>
      <w:proofErr w:type="spellStart"/>
      <w:r w:rsidRPr="00630BAC">
        <w:rPr>
          <w:bCs/>
          <w:u w:val="single"/>
        </w:rPr>
        <w:t>datuma</w:t>
      </w:r>
      <w:proofErr w:type="spellEnd"/>
      <w:r w:rsidRPr="00630BAC"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objavljivanja</w:t>
      </w:r>
      <w:proofErr w:type="spellEnd"/>
      <w:r>
        <w:rPr>
          <w:bCs/>
          <w:u w:val="single"/>
        </w:rPr>
        <w:t xml:space="preserve"> </w:t>
      </w:r>
      <w:proofErr w:type="spellStart"/>
      <w:r w:rsidRPr="00630BAC">
        <w:rPr>
          <w:bCs/>
          <w:u w:val="single"/>
        </w:rPr>
        <w:t>konkursa</w:t>
      </w:r>
      <w:proofErr w:type="spellEnd"/>
      <w:r w:rsidRPr="00630BAC">
        <w:rPr>
          <w:bCs/>
          <w:u w:val="single"/>
        </w:rPr>
        <w:t>);</w:t>
      </w:r>
    </w:p>
    <w:p w14:paraId="4CADEC09" w14:textId="06C8358D" w:rsidR="00630BAC" w:rsidRPr="00630BAC" w:rsidRDefault="00630BAC">
      <w:pPr>
        <w:pStyle w:val="NormalWeb"/>
        <w:numPr>
          <w:ilvl w:val="0"/>
          <w:numId w:val="7"/>
        </w:numPr>
        <w:jc w:val="both"/>
        <w:rPr>
          <w:bCs/>
          <w:u w:val="single"/>
        </w:rPr>
      </w:pPr>
      <w:proofErr w:type="spellStart"/>
      <w:r w:rsidRPr="00630BAC">
        <w:rPr>
          <w:bCs/>
          <w:u w:val="single"/>
        </w:rPr>
        <w:t>Motivaciono</w:t>
      </w:r>
      <w:proofErr w:type="spellEnd"/>
      <w:r w:rsidRPr="00630BAC">
        <w:rPr>
          <w:bCs/>
          <w:u w:val="single"/>
        </w:rPr>
        <w:t xml:space="preserve"> pismo.</w:t>
      </w:r>
    </w:p>
    <w:p w14:paraId="7F674616" w14:textId="5A60BFE0" w:rsidR="00776D5E" w:rsidRDefault="00776D5E" w:rsidP="00630BAC">
      <w:pPr>
        <w:pStyle w:val="NormalWeb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odgovorni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tačne</w:t>
      </w:r>
      <w:proofErr w:type="spellEnd"/>
      <w:r>
        <w:t xml:space="preserve">, </w:t>
      </w:r>
      <w:proofErr w:type="spellStart"/>
      <w:r>
        <w:t>potpune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konkursom</w:t>
      </w:r>
      <w:proofErr w:type="spellEnd"/>
      <w:r>
        <w:t xml:space="preserve"> </w:t>
      </w:r>
      <w:proofErr w:type="spellStart"/>
      <w:r>
        <w:t>usklađene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. </w:t>
      </w:r>
      <w:proofErr w:type="spellStart"/>
      <w:r>
        <w:t>Nedostavljanje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kog</w:t>
      </w:r>
      <w:proofErr w:type="spellEnd"/>
      <w:r>
        <w:t xml:space="preserve"> </w:t>
      </w:r>
      <w:proofErr w:type="spellStart"/>
      <w:r>
        <w:t>traženog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netačne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dovodi</w:t>
      </w:r>
      <w:proofErr w:type="spellEnd"/>
      <w:r>
        <w:t xml:space="preserve"> do </w:t>
      </w:r>
      <w:proofErr w:type="spellStart"/>
      <w:r>
        <w:t>diskvalifikacije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regrutacije</w:t>
      </w:r>
      <w:proofErr w:type="spellEnd"/>
      <w:r>
        <w:t>.</w:t>
      </w:r>
    </w:p>
    <w:p w14:paraId="37F8AB36" w14:textId="77777777" w:rsidR="00776D5E" w:rsidRDefault="00776D5E" w:rsidP="00776D5E">
      <w:pPr>
        <w:pStyle w:val="NormalWeb"/>
        <w:jc w:val="both"/>
      </w:pPr>
      <w:r>
        <w:t xml:space="preserve">KMDK </w:t>
      </w:r>
      <w:proofErr w:type="spellStart"/>
      <w:r>
        <w:t>Sh.A</w:t>
      </w:r>
      <w:proofErr w:type="spellEnd"/>
      <w:r>
        <w:t xml:space="preserve">. ne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za </w:t>
      </w:r>
      <w:proofErr w:type="spellStart"/>
      <w:r>
        <w:t>nedostatke</w:t>
      </w:r>
      <w:proofErr w:type="spellEnd"/>
      <w:r>
        <w:t xml:space="preserve">, </w:t>
      </w:r>
      <w:proofErr w:type="spellStart"/>
      <w:r>
        <w:t>netačnost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nepotpunost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dostavljene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.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 </w:t>
      </w:r>
      <w:proofErr w:type="spellStart"/>
      <w:r>
        <w:t>administrativnim</w:t>
      </w:r>
      <w:proofErr w:type="spellEnd"/>
      <w:r>
        <w:t xml:space="preserve"> </w:t>
      </w:r>
      <w:proofErr w:type="spellStart"/>
      <w:r>
        <w:t>pojašnjenjima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dostavljenom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, KMDK </w:t>
      </w:r>
      <w:proofErr w:type="spellStart"/>
      <w:r>
        <w:t>Sh.A</w:t>
      </w:r>
      <w:proofErr w:type="spellEnd"/>
      <w:r>
        <w:t xml:space="preserve">.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zahtevati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dopunsku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za </w:t>
      </w:r>
      <w:proofErr w:type="spellStart"/>
      <w:r>
        <w:t>prijavu</w:t>
      </w:r>
      <w:proofErr w:type="spellEnd"/>
      <w:r>
        <w:t>.</w:t>
      </w:r>
    </w:p>
    <w:p w14:paraId="59CCFBC6" w14:textId="54FF47E3" w:rsidR="00776D5E" w:rsidRPr="00776D5E" w:rsidRDefault="00776D5E" w:rsidP="00776D5E">
      <w:pPr>
        <w:pStyle w:val="NormalWeb"/>
        <w:jc w:val="both"/>
        <w:rPr>
          <w:b/>
          <w:bCs/>
        </w:rPr>
      </w:pPr>
      <w:r w:rsidRPr="00776D5E">
        <w:rPr>
          <w:b/>
          <w:bCs/>
        </w:rPr>
        <w:t xml:space="preserve">Molimo vas da </w:t>
      </w:r>
      <w:proofErr w:type="spellStart"/>
      <w:r w:rsidRPr="00776D5E">
        <w:rPr>
          <w:b/>
          <w:bCs/>
        </w:rPr>
        <w:t>obezbedite</w:t>
      </w:r>
      <w:proofErr w:type="spellEnd"/>
      <w:r w:rsidRPr="00776D5E">
        <w:rPr>
          <w:b/>
          <w:bCs/>
        </w:rPr>
        <w:t xml:space="preserve"> da </w:t>
      </w:r>
      <w:proofErr w:type="spellStart"/>
      <w:r w:rsidRPr="00776D5E">
        <w:rPr>
          <w:b/>
          <w:bCs/>
        </w:rPr>
        <w:t>dokaz</w:t>
      </w:r>
      <w:proofErr w:type="spellEnd"/>
      <w:r w:rsidRPr="00776D5E">
        <w:rPr>
          <w:b/>
          <w:bCs/>
        </w:rPr>
        <w:t xml:space="preserve"> o </w:t>
      </w:r>
      <w:proofErr w:type="spellStart"/>
      <w:r w:rsidRPr="00776D5E">
        <w:rPr>
          <w:b/>
          <w:bCs/>
        </w:rPr>
        <w:t>profesionalnom</w:t>
      </w:r>
      <w:proofErr w:type="spellEnd"/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iskustvu</w:t>
      </w:r>
      <w:proofErr w:type="spellEnd"/>
      <w:r w:rsidRPr="00776D5E">
        <w:rPr>
          <w:b/>
          <w:bCs/>
        </w:rPr>
        <w:t xml:space="preserve"> (minimum </w:t>
      </w:r>
      <w:r w:rsidR="00776784">
        <w:rPr>
          <w:b/>
          <w:bCs/>
        </w:rPr>
        <w:t>3</w:t>
      </w:r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godine</w:t>
      </w:r>
      <w:proofErr w:type="spellEnd"/>
      <w:r w:rsidRPr="00776D5E">
        <w:rPr>
          <w:b/>
          <w:bCs/>
        </w:rPr>
        <w:t xml:space="preserve">) </w:t>
      </w:r>
      <w:proofErr w:type="spellStart"/>
      <w:r w:rsidRPr="00776D5E">
        <w:rPr>
          <w:b/>
          <w:bCs/>
        </w:rPr>
        <w:t>sadrži</w:t>
      </w:r>
      <w:proofErr w:type="spellEnd"/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ugovor</w:t>
      </w:r>
      <w:proofErr w:type="spellEnd"/>
      <w:r w:rsidRPr="00776D5E">
        <w:rPr>
          <w:b/>
          <w:bCs/>
        </w:rPr>
        <w:t xml:space="preserve"> o </w:t>
      </w:r>
      <w:proofErr w:type="spellStart"/>
      <w:r w:rsidRPr="00776D5E">
        <w:rPr>
          <w:b/>
          <w:bCs/>
        </w:rPr>
        <w:t>radu</w:t>
      </w:r>
      <w:proofErr w:type="spellEnd"/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ili</w:t>
      </w:r>
      <w:proofErr w:type="spellEnd"/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potvrdu</w:t>
      </w:r>
      <w:proofErr w:type="spellEnd"/>
      <w:r w:rsidRPr="00776D5E">
        <w:rPr>
          <w:b/>
          <w:bCs/>
        </w:rPr>
        <w:t xml:space="preserve"> o </w:t>
      </w:r>
      <w:proofErr w:type="spellStart"/>
      <w:r w:rsidRPr="00776D5E">
        <w:rPr>
          <w:b/>
          <w:bCs/>
        </w:rPr>
        <w:t>zaposlenju</w:t>
      </w:r>
      <w:proofErr w:type="spellEnd"/>
      <w:r w:rsidRPr="00776D5E">
        <w:rPr>
          <w:b/>
          <w:bCs/>
        </w:rPr>
        <w:t xml:space="preserve">, </w:t>
      </w:r>
      <w:proofErr w:type="spellStart"/>
      <w:r w:rsidRPr="00776D5E">
        <w:rPr>
          <w:b/>
          <w:bCs/>
        </w:rPr>
        <w:t>zajedno</w:t>
      </w:r>
      <w:proofErr w:type="spellEnd"/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sa</w:t>
      </w:r>
      <w:proofErr w:type="spellEnd"/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izvodom</w:t>
      </w:r>
      <w:proofErr w:type="spellEnd"/>
      <w:r w:rsidRPr="00776D5E">
        <w:rPr>
          <w:b/>
          <w:bCs/>
        </w:rPr>
        <w:t xml:space="preserve"> o </w:t>
      </w:r>
      <w:proofErr w:type="spellStart"/>
      <w:r w:rsidRPr="00776D5E">
        <w:rPr>
          <w:b/>
          <w:bCs/>
        </w:rPr>
        <w:t>penzijskim</w:t>
      </w:r>
      <w:proofErr w:type="spellEnd"/>
      <w:r w:rsidRPr="00776D5E">
        <w:rPr>
          <w:b/>
          <w:bCs/>
        </w:rPr>
        <w:t xml:space="preserve"> </w:t>
      </w:r>
      <w:proofErr w:type="spellStart"/>
      <w:r w:rsidRPr="00776D5E">
        <w:rPr>
          <w:b/>
          <w:bCs/>
        </w:rPr>
        <w:t>doprinosima</w:t>
      </w:r>
      <w:proofErr w:type="spellEnd"/>
      <w:r w:rsidRPr="00776D5E">
        <w:rPr>
          <w:b/>
          <w:bCs/>
        </w:rPr>
        <w:t xml:space="preserve"> (Trust).</w:t>
      </w:r>
    </w:p>
    <w:p w14:paraId="3B47552E" w14:textId="77777777" w:rsidR="006C0B0B" w:rsidRPr="00AF1707" w:rsidRDefault="006C0B0B" w:rsidP="006C0B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</w:pPr>
      <w:proofErr w:type="spellStart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>Način</w:t>
      </w:r>
      <w:proofErr w:type="spellEnd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 xml:space="preserve"> </w:t>
      </w:r>
      <w:proofErr w:type="spellStart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>ocenjivanja</w:t>
      </w:r>
      <w:proofErr w:type="spellEnd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 xml:space="preserve"> i </w:t>
      </w:r>
      <w:proofErr w:type="spellStart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>kriterijumi</w:t>
      </w:r>
      <w:proofErr w:type="spellEnd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 xml:space="preserve"> </w:t>
      </w:r>
      <w:proofErr w:type="spellStart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>bodovanja</w:t>
      </w:r>
      <w:proofErr w:type="spellEnd"/>
      <w:r w:rsidRPr="00AF170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u w:val="single"/>
          <w:lang w:val="sq-AL"/>
        </w:rPr>
        <w:t>:</w:t>
      </w:r>
    </w:p>
    <w:p w14:paraId="3A9B9EA7" w14:textId="77777777" w:rsidR="006C0B0B" w:rsidRPr="00AF1707" w:rsidRDefault="006C0B0B" w:rsidP="006C0B0B">
      <w:pPr>
        <w:rPr>
          <w:rFonts w:ascii="Times New Roman" w:hAnsi="Times New Roman" w:cs="Times New Roman"/>
          <w:sz w:val="24"/>
          <w:szCs w:val="24"/>
        </w:rPr>
      </w:pPr>
    </w:p>
    <w:p w14:paraId="047A8F6B" w14:textId="77777777" w:rsidR="00776D5E" w:rsidRPr="00776D5E" w:rsidRDefault="00776D5E" w:rsidP="00776D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6D5E">
        <w:rPr>
          <w:rFonts w:ascii="Times New Roman" w:hAnsi="Times New Roman" w:cs="Times New Roman"/>
          <w:sz w:val="24"/>
          <w:szCs w:val="24"/>
        </w:rPr>
        <w:t>Vrednovanje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u KMDK-u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ukupno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sto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(100)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prolaznost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ostvarivanje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pedeset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procenata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(50%)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konkursa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Kriterijumi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bodovanja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biografija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(CV)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vrednuje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se do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deset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(10)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pismeni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test do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šezdeset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(60)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intervju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trideset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(30)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>.</w:t>
      </w:r>
    </w:p>
    <w:p w14:paraId="6CDCBF27" w14:textId="77777777" w:rsidR="00776D5E" w:rsidRPr="00776D5E" w:rsidRDefault="00776D5E" w:rsidP="00776D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6D5E">
        <w:rPr>
          <w:rFonts w:ascii="Times New Roman" w:hAnsi="Times New Roman" w:cs="Times New Roman"/>
          <w:b/>
          <w:bCs/>
          <w:sz w:val="24"/>
          <w:szCs w:val="24"/>
        </w:rPr>
        <w:t>Napomena</w:t>
      </w:r>
      <w:proofErr w:type="spellEnd"/>
      <w:r w:rsidRPr="00776D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poslate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poštom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nose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poštanski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pečat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datumom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poslednjeg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smatraće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biće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razmatrane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stignu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od tri (3) dana.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pristignu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nepotpune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odgovarajuće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razmatrane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>.</w:t>
      </w:r>
    </w:p>
    <w:p w14:paraId="0201ED30" w14:textId="77777777" w:rsidR="000D1BB6" w:rsidRPr="000D1BB6" w:rsidRDefault="000D1BB6" w:rsidP="000D1BB6">
      <w:pPr>
        <w:rPr>
          <w:rFonts w:ascii="Times New Roman" w:hAnsi="Times New Roman" w:cs="Times New Roman"/>
          <w:sz w:val="24"/>
          <w:szCs w:val="24"/>
        </w:rPr>
      </w:pPr>
      <w:r w:rsidRPr="000D1BB6">
        <w:rPr>
          <w:rFonts w:ascii="Times New Roman" w:hAnsi="Times New Roman" w:cs="Times New Roman"/>
          <w:sz w:val="24"/>
          <w:szCs w:val="24"/>
        </w:rPr>
        <w:lastRenderedPageBreak/>
        <w:t xml:space="preserve">Rok za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podnošenje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 je do 04.09.2026.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, do 16:00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>.</w:t>
      </w:r>
    </w:p>
    <w:p w14:paraId="1EF4FB85" w14:textId="77777777" w:rsidR="000D1BB6" w:rsidRPr="000D1BB6" w:rsidRDefault="000D1BB6" w:rsidP="000D1BB6">
      <w:pPr>
        <w:rPr>
          <w:rFonts w:ascii="Times New Roman" w:hAnsi="Times New Roman" w:cs="Times New Roman"/>
          <w:sz w:val="24"/>
          <w:szCs w:val="24"/>
        </w:rPr>
      </w:pPr>
      <w:r w:rsidRPr="000D1BB6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 br. 306/2026,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 dana 04.09.2026.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produžava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 do 18.09.2026.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 xml:space="preserve">, do 16:00 </w:t>
      </w:r>
      <w:proofErr w:type="spellStart"/>
      <w:r w:rsidRPr="000D1BB6"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Pr="000D1BB6">
        <w:rPr>
          <w:rFonts w:ascii="Times New Roman" w:hAnsi="Times New Roman" w:cs="Times New Roman"/>
          <w:sz w:val="24"/>
          <w:szCs w:val="24"/>
        </w:rPr>
        <w:t>.</w:t>
      </w:r>
    </w:p>
    <w:p w14:paraId="611CC554" w14:textId="5C38F3DD" w:rsidR="00776784" w:rsidRDefault="00776D5E" w:rsidP="0004289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6D5E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detaljnije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kontaktirati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Kancelariju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ljudske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KMDK-a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telefona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038 600–552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elektronske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D5E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776D5E">
        <w:rPr>
          <w:rFonts w:ascii="Times New Roman" w:hAnsi="Times New Roman" w:cs="Times New Roman"/>
          <w:sz w:val="24"/>
          <w:szCs w:val="24"/>
        </w:rPr>
        <w:t>: burimetnjerzore@kmdk-ks.org.</w:t>
      </w:r>
    </w:p>
    <w:p w14:paraId="30EB7D8E" w14:textId="4AD82553" w:rsidR="003D342B" w:rsidRPr="00776784" w:rsidRDefault="00776784" w:rsidP="0077678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76784">
        <w:rPr>
          <w:rFonts w:ascii="Times New Roman" w:hAnsi="Times New Roman" w:cs="Times New Roman"/>
          <w:b/>
          <w:bCs/>
          <w:sz w:val="24"/>
          <w:szCs w:val="24"/>
          <w:u w:val="single"/>
        </w:rPr>
        <w:t>Napomena</w:t>
      </w:r>
      <w:proofErr w:type="spellEnd"/>
      <w:r w:rsidRPr="0077678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Zbog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prirode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specifičnih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operativnih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potreba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Inženjerske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Službe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prednost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prilikom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ocenjivanja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imaće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kandidati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sa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diplomom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iz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Građevinskog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76784">
        <w:rPr>
          <w:rFonts w:ascii="Times New Roman" w:hAnsi="Times New Roman" w:cs="Times New Roman"/>
          <w:sz w:val="24"/>
          <w:szCs w:val="24"/>
          <w:u w:val="single"/>
        </w:rPr>
        <w:t>Inženjerstva</w:t>
      </w:r>
      <w:proofErr w:type="spellEnd"/>
      <w:r w:rsidRPr="00776784">
        <w:rPr>
          <w:rFonts w:ascii="Times New Roman" w:hAnsi="Times New Roman" w:cs="Times New Roman"/>
          <w:sz w:val="24"/>
          <w:szCs w:val="24"/>
          <w:u w:val="single"/>
        </w:rPr>
        <w:t>.</w:t>
      </w:r>
    </w:p>
    <w:sectPr w:rsidR="003D342B" w:rsidRPr="007767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D0F19FD"/>
    <w:multiLevelType w:val="hybridMultilevel"/>
    <w:tmpl w:val="F216B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34CC0"/>
    <w:multiLevelType w:val="hybridMultilevel"/>
    <w:tmpl w:val="9D3EDACE"/>
    <w:lvl w:ilvl="0" w:tplc="3D22D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956492">
    <w:abstractNumId w:val="5"/>
  </w:num>
  <w:num w:numId="2" w16cid:durableId="597182754">
    <w:abstractNumId w:val="3"/>
  </w:num>
  <w:num w:numId="3" w16cid:durableId="998390026">
    <w:abstractNumId w:val="2"/>
  </w:num>
  <w:num w:numId="4" w16cid:durableId="2134593302">
    <w:abstractNumId w:val="4"/>
  </w:num>
  <w:num w:numId="5" w16cid:durableId="2006398878">
    <w:abstractNumId w:val="1"/>
  </w:num>
  <w:num w:numId="6" w16cid:durableId="1012295240">
    <w:abstractNumId w:val="0"/>
  </w:num>
  <w:num w:numId="7" w16cid:durableId="1100759433">
    <w:abstractNumId w:val="6"/>
  </w:num>
  <w:num w:numId="8" w16cid:durableId="162491842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0D66"/>
    <w:rsid w:val="00014183"/>
    <w:rsid w:val="00034616"/>
    <w:rsid w:val="0004289C"/>
    <w:rsid w:val="0006063C"/>
    <w:rsid w:val="000B3E28"/>
    <w:rsid w:val="000D1BB6"/>
    <w:rsid w:val="00121258"/>
    <w:rsid w:val="0013275B"/>
    <w:rsid w:val="0015074B"/>
    <w:rsid w:val="00184250"/>
    <w:rsid w:val="00194E24"/>
    <w:rsid w:val="00214993"/>
    <w:rsid w:val="0029639D"/>
    <w:rsid w:val="00297509"/>
    <w:rsid w:val="002F7155"/>
    <w:rsid w:val="00326F90"/>
    <w:rsid w:val="00364C94"/>
    <w:rsid w:val="00396EBA"/>
    <w:rsid w:val="003D342B"/>
    <w:rsid w:val="004E6376"/>
    <w:rsid w:val="005A49DC"/>
    <w:rsid w:val="005E1D48"/>
    <w:rsid w:val="005F333B"/>
    <w:rsid w:val="00630BAC"/>
    <w:rsid w:val="00636B94"/>
    <w:rsid w:val="006C0B0B"/>
    <w:rsid w:val="00776784"/>
    <w:rsid w:val="00776D5E"/>
    <w:rsid w:val="007D541D"/>
    <w:rsid w:val="007F14A6"/>
    <w:rsid w:val="0087447E"/>
    <w:rsid w:val="00937A4F"/>
    <w:rsid w:val="00944F03"/>
    <w:rsid w:val="00AA1D8D"/>
    <w:rsid w:val="00AE0172"/>
    <w:rsid w:val="00AE7BE2"/>
    <w:rsid w:val="00AF1707"/>
    <w:rsid w:val="00B41D80"/>
    <w:rsid w:val="00B47730"/>
    <w:rsid w:val="00BA2B7B"/>
    <w:rsid w:val="00C219EF"/>
    <w:rsid w:val="00C24394"/>
    <w:rsid w:val="00C26C19"/>
    <w:rsid w:val="00C575E5"/>
    <w:rsid w:val="00CA1CA9"/>
    <w:rsid w:val="00CA648B"/>
    <w:rsid w:val="00CB0664"/>
    <w:rsid w:val="00CC6028"/>
    <w:rsid w:val="00CD6F6D"/>
    <w:rsid w:val="00CE5D8A"/>
    <w:rsid w:val="00D03072"/>
    <w:rsid w:val="00EC2061"/>
    <w:rsid w:val="00F107FF"/>
    <w:rsid w:val="00F53A41"/>
    <w:rsid w:val="00F5704F"/>
    <w:rsid w:val="00FC5C6B"/>
    <w:rsid w:val="00FC693F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DB9FB9"/>
  <w14:defaultImageDpi w14:val="300"/>
  <w15:docId w15:val="{520DA324-8901-49F4-BD1A-F0194A66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937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12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urimetnjerzore@kmdk-k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C579C3-61F9-44E6-8504-FEDAB8B2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Leonita Gojani</cp:lastModifiedBy>
  <cp:revision>35</cp:revision>
  <dcterms:created xsi:type="dcterms:W3CDTF">2025-09-04T10:17:00Z</dcterms:created>
  <dcterms:modified xsi:type="dcterms:W3CDTF">2026-09-04T12:56:00Z</dcterms:modified>
  <cp:category/>
</cp:coreProperties>
</file>