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5E3E6" w14:textId="77777777" w:rsidR="006C0B0B" w:rsidRPr="00AF1707" w:rsidRDefault="006C0B0B">
      <w:pPr>
        <w:rPr>
          <w:rFonts w:ascii="Times New Roman" w:hAnsi="Times New Roman" w:cs="Times New Roman"/>
          <w:sz w:val="24"/>
          <w:szCs w:val="24"/>
        </w:rPr>
      </w:pPr>
      <w:r w:rsidRPr="00AF170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3C7B5D" wp14:editId="0C558344">
            <wp:extent cx="3085106" cy="1024081"/>
            <wp:effectExtent l="0" t="0" r="1270" b="5080"/>
            <wp:docPr id="1" name="Picture 1" descr="C:\Users\NjomzaH\Desktop\KONKURSET 2025\Logo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jomzaH\Desktop\KONKURSET 2025\Logo_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27" b="23004"/>
                    <a:stretch/>
                  </pic:blipFill>
                  <pic:spPr bwMode="auto">
                    <a:xfrm>
                      <a:off x="0" y="0"/>
                      <a:ext cx="3335563" cy="110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9E40B0" w14:textId="538617D8" w:rsidR="00776D5E" w:rsidRPr="00AF1707" w:rsidRDefault="00776D5E" w:rsidP="00776D5E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Na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osnovu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Zakona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br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. 03/L-087 o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Javnim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Preduzećima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Zakona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br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. 03/L-212 o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Radu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konkretno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član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8,na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osnovu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Pravilnika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br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. 01/2024 o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kriterijumima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procedurama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zapošljavanja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u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KMDK</w:t>
      </w:r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a.d.,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Pravilnika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br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. 02/2025 o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unutrašnjoj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organizaciji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platama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beneficijama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dodacima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u K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MDK</w:t>
      </w:r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a.d.,na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osnovu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Odluke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Generalnog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direktora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KUDK </w:t>
      </w:r>
      <w:proofErr w:type="spellStart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>a.d</w:t>
      </w:r>
      <w:proofErr w:type="spellEnd"/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. </w:t>
      </w:r>
      <w:proofErr w:type="spellStart"/>
      <w:r w:rsidRPr="000C3215">
        <w:rPr>
          <w:rFonts w:ascii="Times New Roman" w:eastAsia="Times New Roman" w:hAnsi="Times New Roman" w:cs="Times New Roman"/>
          <w:sz w:val="24"/>
          <w:szCs w:val="24"/>
          <w:lang w:val="sq-AL"/>
        </w:rPr>
        <w:t>br</w:t>
      </w:r>
      <w:proofErr w:type="spellEnd"/>
      <w:r w:rsidRPr="000C321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. </w:t>
      </w:r>
      <w:r w:rsidR="000C3215" w:rsidRPr="000C3215">
        <w:rPr>
          <w:rFonts w:ascii="Times New Roman" w:eastAsia="Times New Roman" w:hAnsi="Times New Roman" w:cs="Times New Roman"/>
          <w:sz w:val="24"/>
          <w:szCs w:val="24"/>
        </w:rPr>
        <w:t>345</w:t>
      </w:r>
      <w:r w:rsidR="00CD6F6D" w:rsidRPr="000C3215">
        <w:rPr>
          <w:rFonts w:ascii="Times New Roman" w:eastAsia="Times New Roman" w:hAnsi="Times New Roman" w:cs="Times New Roman"/>
          <w:sz w:val="24"/>
          <w:szCs w:val="24"/>
        </w:rPr>
        <w:t xml:space="preserve">/2026 od </w:t>
      </w:r>
      <w:r w:rsidR="000C3215" w:rsidRPr="000C3215">
        <w:rPr>
          <w:rFonts w:ascii="Times New Roman" w:eastAsia="Times New Roman" w:hAnsi="Times New Roman" w:cs="Times New Roman"/>
          <w:sz w:val="24"/>
          <w:szCs w:val="24"/>
        </w:rPr>
        <w:t>28.09</w:t>
      </w:r>
      <w:r w:rsidR="00CD6F6D" w:rsidRPr="000C3215">
        <w:rPr>
          <w:rFonts w:ascii="Times New Roman" w:eastAsia="Times New Roman" w:hAnsi="Times New Roman" w:cs="Times New Roman"/>
          <w:sz w:val="24"/>
          <w:szCs w:val="24"/>
        </w:rPr>
        <w:t xml:space="preserve">.2026. </w:t>
      </w:r>
      <w:proofErr w:type="spellStart"/>
      <w:r w:rsidR="00CD6F6D" w:rsidRPr="000C3215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r w:rsidR="00CD6F6D" w:rsidRPr="000C32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6F6D" w:rsidRPr="000C3215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CD6F6D" w:rsidRPr="000C32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6F6D" w:rsidRPr="000C3215">
        <w:rPr>
          <w:rFonts w:ascii="Times New Roman" w:eastAsia="Times New Roman" w:hAnsi="Times New Roman" w:cs="Times New Roman"/>
          <w:sz w:val="24"/>
          <w:szCs w:val="24"/>
        </w:rPr>
        <w:t>brojem</w:t>
      </w:r>
      <w:proofErr w:type="spellEnd"/>
      <w:r w:rsidR="00CD6F6D" w:rsidRPr="000C32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6F6D" w:rsidRPr="00A85596">
        <w:rPr>
          <w:rFonts w:ascii="Times New Roman" w:eastAsia="Times New Roman" w:hAnsi="Times New Roman" w:cs="Times New Roman"/>
          <w:sz w:val="24"/>
          <w:szCs w:val="24"/>
        </w:rPr>
        <w:t>protokola</w:t>
      </w:r>
      <w:proofErr w:type="spellEnd"/>
      <w:r w:rsidR="00CD6F6D" w:rsidRPr="00A85596">
        <w:rPr>
          <w:rFonts w:ascii="Times New Roman" w:eastAsia="Times New Roman" w:hAnsi="Times New Roman" w:cs="Times New Roman"/>
          <w:sz w:val="24"/>
          <w:szCs w:val="24"/>
        </w:rPr>
        <w:t xml:space="preserve"> 02/</w:t>
      </w:r>
      <w:r w:rsidR="00A85596" w:rsidRPr="00A85596">
        <w:rPr>
          <w:rFonts w:ascii="Times New Roman" w:eastAsia="Times New Roman" w:hAnsi="Times New Roman" w:cs="Times New Roman"/>
          <w:sz w:val="24"/>
          <w:szCs w:val="24"/>
        </w:rPr>
        <w:t>2027</w:t>
      </w:r>
      <w:r w:rsidR="00CD6F6D" w:rsidRPr="00A85596">
        <w:rPr>
          <w:rFonts w:ascii="Times New Roman" w:eastAsia="Times New Roman" w:hAnsi="Times New Roman" w:cs="Times New Roman"/>
          <w:sz w:val="24"/>
          <w:szCs w:val="24"/>
        </w:rPr>
        <w:t xml:space="preserve">, KMDK A.D. </w:t>
      </w:r>
      <w:proofErr w:type="spellStart"/>
      <w:r w:rsidR="00CD6F6D" w:rsidRPr="00A85596">
        <w:rPr>
          <w:rFonts w:ascii="Times New Roman" w:eastAsia="Times New Roman" w:hAnsi="Times New Roman" w:cs="Times New Roman"/>
          <w:sz w:val="24"/>
          <w:szCs w:val="24"/>
        </w:rPr>
        <w:t>raspisuje</w:t>
      </w:r>
      <w:proofErr w:type="spellEnd"/>
      <w:r w:rsidR="00CD6F6D" w:rsidRPr="00A85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6F6D" w:rsidRPr="00A85596">
        <w:rPr>
          <w:rFonts w:ascii="Times New Roman" w:eastAsia="Times New Roman" w:hAnsi="Times New Roman" w:cs="Times New Roman"/>
          <w:sz w:val="24"/>
          <w:szCs w:val="24"/>
        </w:rPr>
        <w:t>ovaj</w:t>
      </w:r>
      <w:proofErr w:type="spellEnd"/>
      <w:r w:rsidR="00CD6F6D" w:rsidRPr="00A8559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849213" w14:textId="77777777" w:rsidR="006C0B0B" w:rsidRPr="00AF1707" w:rsidRDefault="006C0B0B" w:rsidP="006C0B0B">
      <w:pPr>
        <w:rPr>
          <w:rFonts w:ascii="Times New Roman" w:hAnsi="Times New Roman" w:cs="Times New Roman"/>
          <w:sz w:val="24"/>
          <w:szCs w:val="24"/>
        </w:rPr>
      </w:pPr>
    </w:p>
    <w:p w14:paraId="15E4B76D" w14:textId="77777777" w:rsidR="006C0B0B" w:rsidRPr="00AF1707" w:rsidRDefault="006C0B0B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JAVNI KONKURS</w:t>
      </w:r>
    </w:p>
    <w:p w14:paraId="025D7FE2" w14:textId="77777777" w:rsidR="006C0B0B" w:rsidRPr="00AF1707" w:rsidRDefault="006C0B0B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ZA POPUNU RADNOG MESTA</w:t>
      </w:r>
    </w:p>
    <w:p w14:paraId="57FFA5D1" w14:textId="77777777" w:rsidR="006C0B0B" w:rsidRPr="00AF1707" w:rsidRDefault="006C0B0B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</w:p>
    <w:p w14:paraId="60DDEB17" w14:textId="13C37CDF" w:rsidR="00CD6F6D" w:rsidRDefault="006C0B0B" w:rsidP="00776D5E">
      <w:pPr>
        <w:pStyle w:val="NormalWeb"/>
        <w:jc w:val="both"/>
        <w:rPr>
          <w:bCs/>
        </w:rPr>
      </w:pPr>
      <w:r w:rsidRPr="00AE0172">
        <w:rPr>
          <w:b/>
          <w:u w:val="single"/>
        </w:rPr>
        <w:t>Naziv</w:t>
      </w:r>
      <w:r w:rsidR="00297509">
        <w:t>:</w:t>
      </w:r>
      <w:r w:rsidR="00AF1707" w:rsidRPr="00AE0172">
        <w:t xml:space="preserve"> </w:t>
      </w:r>
      <w:proofErr w:type="spellStart"/>
      <w:r w:rsidR="000C3215" w:rsidRPr="000C3215">
        <w:rPr>
          <w:bCs/>
        </w:rPr>
        <w:t>Službenik</w:t>
      </w:r>
      <w:proofErr w:type="spellEnd"/>
      <w:r w:rsidR="000C3215" w:rsidRPr="000C3215">
        <w:rPr>
          <w:bCs/>
        </w:rPr>
        <w:t xml:space="preserve"> za </w:t>
      </w:r>
      <w:proofErr w:type="spellStart"/>
      <w:r w:rsidR="000C3215" w:rsidRPr="000C3215">
        <w:rPr>
          <w:bCs/>
        </w:rPr>
        <w:t>sertifikaciju</w:t>
      </w:r>
      <w:proofErr w:type="spellEnd"/>
      <w:r w:rsidR="000C3215" w:rsidRPr="000C3215">
        <w:rPr>
          <w:bCs/>
        </w:rPr>
        <w:t xml:space="preserve"> </w:t>
      </w:r>
      <w:r w:rsidR="00CD6F6D" w:rsidRPr="00CD6F6D">
        <w:rPr>
          <w:bCs/>
        </w:rPr>
        <w:t xml:space="preserve">(1 </w:t>
      </w:r>
      <w:proofErr w:type="spellStart"/>
      <w:r w:rsidR="00CD6F6D" w:rsidRPr="00CD6F6D">
        <w:rPr>
          <w:bCs/>
        </w:rPr>
        <w:t>pozicija</w:t>
      </w:r>
      <w:proofErr w:type="spellEnd"/>
      <w:r w:rsidR="00CD6F6D" w:rsidRPr="00CD6F6D">
        <w:rPr>
          <w:bCs/>
        </w:rPr>
        <w:t>);</w:t>
      </w:r>
    </w:p>
    <w:p w14:paraId="7827339E" w14:textId="51CE78E3" w:rsidR="003D342B" w:rsidRPr="00AE0172" w:rsidRDefault="006C0B0B" w:rsidP="00776D5E">
      <w:pPr>
        <w:pStyle w:val="NormalWeb"/>
        <w:jc w:val="both"/>
      </w:pPr>
      <w:proofErr w:type="spellStart"/>
      <w:r w:rsidRPr="00AE0172">
        <w:rPr>
          <w:b/>
          <w:u w:val="single"/>
        </w:rPr>
        <w:t>Referentni</w:t>
      </w:r>
      <w:proofErr w:type="spellEnd"/>
      <w:r w:rsidRPr="00AE0172">
        <w:rPr>
          <w:b/>
          <w:u w:val="single"/>
        </w:rPr>
        <w:t xml:space="preserve"> </w:t>
      </w:r>
      <w:proofErr w:type="spellStart"/>
      <w:r w:rsidRPr="00AE0172">
        <w:rPr>
          <w:b/>
          <w:u w:val="single"/>
        </w:rPr>
        <w:t>broj</w:t>
      </w:r>
      <w:proofErr w:type="spellEnd"/>
      <w:r w:rsidRPr="00AE0172">
        <w:rPr>
          <w:b/>
          <w:u w:val="single"/>
        </w:rPr>
        <w:t>:</w:t>
      </w:r>
      <w:r w:rsidRPr="00AE0172">
        <w:t xml:space="preserve"> ZP/KJ-</w:t>
      </w:r>
      <w:r w:rsidR="00C575E5">
        <w:t>1</w:t>
      </w:r>
      <w:r w:rsidR="000C3215">
        <w:t>3</w:t>
      </w:r>
      <w:r w:rsidR="00121258">
        <w:t>-2026</w:t>
      </w:r>
      <w:r w:rsidRPr="00AE0172">
        <w:t>;</w:t>
      </w:r>
    </w:p>
    <w:p w14:paraId="12F422D9" w14:textId="55CD9747" w:rsidR="003D342B" w:rsidRPr="00AE0172" w:rsidRDefault="006C0B0B" w:rsidP="00776D5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Izveštava</w:t>
      </w:r>
      <w:proofErr w:type="spellEnd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396EBA" w:rsidRPr="00AE0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3215" w:rsidRPr="000C3215">
        <w:t>Generalnom</w:t>
      </w:r>
      <w:proofErr w:type="spellEnd"/>
      <w:r w:rsidR="000C3215" w:rsidRPr="000C3215">
        <w:t xml:space="preserve"> </w:t>
      </w:r>
      <w:proofErr w:type="spellStart"/>
      <w:r w:rsidR="000C3215" w:rsidRPr="000C3215">
        <w:t>Direktoru</w:t>
      </w:r>
      <w:proofErr w:type="spellEnd"/>
    </w:p>
    <w:p w14:paraId="3AE9886B" w14:textId="63D1A70D" w:rsidR="003D342B" w:rsidRPr="00AE0172" w:rsidRDefault="00937A4F" w:rsidP="00776D5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Nivo</w:t>
      </w:r>
      <w:proofErr w:type="spellEnd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 xml:space="preserve"> plate </w:t>
      </w:r>
      <w:proofErr w:type="spellStart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sa</w:t>
      </w:r>
      <w:proofErr w:type="spellEnd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koef</w:t>
      </w:r>
      <w:proofErr w:type="spellEnd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0C3215">
        <w:rPr>
          <w:rFonts w:ascii="Times New Roman" w:hAnsi="Times New Roman" w:cs="Times New Roman"/>
          <w:b/>
          <w:sz w:val="24"/>
          <w:szCs w:val="24"/>
          <w:u w:val="single"/>
        </w:rPr>
        <w:t>56</w:t>
      </w:r>
      <w:r w:rsidR="006C0B0B" w:rsidRPr="00AE017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6C0B0B" w:rsidRPr="00AE0172">
        <w:rPr>
          <w:rFonts w:ascii="Times New Roman" w:hAnsi="Times New Roman" w:cs="Times New Roman"/>
          <w:sz w:val="24"/>
          <w:szCs w:val="24"/>
        </w:rPr>
        <w:t xml:space="preserve"> </w:t>
      </w:r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>1.120,00 € Bruto (</w:t>
      </w:r>
      <w:proofErr w:type="spellStart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>jedna</w:t>
      </w:r>
      <w:proofErr w:type="spellEnd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>hiljada</w:t>
      </w:r>
      <w:proofErr w:type="spellEnd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>sto</w:t>
      </w:r>
      <w:proofErr w:type="spellEnd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>dvadeset</w:t>
      </w:r>
      <w:proofErr w:type="spellEnd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>evra</w:t>
      </w:r>
      <w:proofErr w:type="spellEnd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>mesečno</w:t>
      </w:r>
      <w:proofErr w:type="spellEnd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>podložno</w:t>
      </w:r>
      <w:proofErr w:type="spellEnd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>promenama</w:t>
      </w:r>
      <w:proofErr w:type="spellEnd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>skladu</w:t>
      </w:r>
      <w:proofErr w:type="spellEnd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>sa</w:t>
      </w:r>
      <w:proofErr w:type="spellEnd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>odlukom</w:t>
      </w:r>
      <w:proofErr w:type="spellEnd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>Odbora</w:t>
      </w:r>
      <w:proofErr w:type="spellEnd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>direktora</w:t>
      </w:r>
      <w:proofErr w:type="spellEnd"/>
      <w:r w:rsidR="000C3215" w:rsidRPr="000C3215">
        <w:rPr>
          <w:rFonts w:ascii="Times New Roman" w:eastAsia="Times New Roman" w:hAnsi="Times New Roman" w:cs="Times New Roman"/>
          <w:bCs/>
          <w:sz w:val="24"/>
          <w:szCs w:val="24"/>
        </w:rPr>
        <w:t xml:space="preserve"> KMDK-a;</w:t>
      </w:r>
    </w:p>
    <w:p w14:paraId="2C234372" w14:textId="3B46C34A" w:rsidR="003D342B" w:rsidRPr="00AE0172" w:rsidRDefault="006C0B0B" w:rsidP="00776D5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Radno</w:t>
      </w:r>
      <w:proofErr w:type="spellEnd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vreme</w:t>
      </w:r>
      <w:proofErr w:type="spellEnd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E0172">
        <w:rPr>
          <w:rFonts w:ascii="Times New Roman" w:hAnsi="Times New Roman" w:cs="Times New Roman"/>
          <w:sz w:val="24"/>
          <w:szCs w:val="24"/>
        </w:rPr>
        <w:t xml:space="preserve"> </w:t>
      </w:r>
      <w:r w:rsidR="00194E24" w:rsidRPr="00194E24">
        <w:rPr>
          <w:rFonts w:ascii="Times New Roman" w:hAnsi="Times New Roman" w:cs="Times New Roman"/>
          <w:sz w:val="24"/>
          <w:szCs w:val="24"/>
        </w:rPr>
        <w:t xml:space="preserve">40 sati </w:t>
      </w:r>
      <w:proofErr w:type="spellStart"/>
      <w:r w:rsidR="00194E24" w:rsidRPr="00194E24">
        <w:rPr>
          <w:rFonts w:ascii="Times New Roman" w:hAnsi="Times New Roman" w:cs="Times New Roman"/>
          <w:sz w:val="24"/>
          <w:szCs w:val="24"/>
        </w:rPr>
        <w:t>nedeljno</w:t>
      </w:r>
      <w:proofErr w:type="spellEnd"/>
      <w:r w:rsidR="00194E24" w:rsidRPr="00194E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4E24" w:rsidRPr="00194E24">
        <w:rPr>
          <w:rFonts w:ascii="Times New Roman" w:hAnsi="Times New Roman" w:cs="Times New Roman"/>
          <w:sz w:val="24"/>
          <w:szCs w:val="24"/>
        </w:rPr>
        <w:t>puno</w:t>
      </w:r>
      <w:proofErr w:type="spellEnd"/>
      <w:r w:rsidR="00194E24" w:rsidRPr="0019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24" w:rsidRPr="00194E24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="00194E24" w:rsidRPr="0019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24" w:rsidRPr="00194E24">
        <w:rPr>
          <w:rFonts w:ascii="Times New Roman" w:hAnsi="Times New Roman" w:cs="Times New Roman"/>
          <w:sz w:val="24"/>
          <w:szCs w:val="24"/>
        </w:rPr>
        <w:t>vreme</w:t>
      </w:r>
      <w:proofErr w:type="spellEnd"/>
      <w:r w:rsidR="00194E24" w:rsidRPr="00194E2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194E24" w:rsidRPr="00194E24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194E24" w:rsidRPr="0019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24" w:rsidRPr="00194E2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194E24" w:rsidRPr="0019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24" w:rsidRPr="00194E24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="00194E24" w:rsidRPr="00194E2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194E24" w:rsidRPr="00194E24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="00194E24">
        <w:rPr>
          <w:rFonts w:ascii="Times New Roman" w:hAnsi="Times New Roman" w:cs="Times New Roman"/>
          <w:sz w:val="24"/>
          <w:szCs w:val="24"/>
        </w:rPr>
        <w:t>;</w:t>
      </w:r>
    </w:p>
    <w:p w14:paraId="5FDF2655" w14:textId="77777777" w:rsidR="003D342B" w:rsidRPr="00AE0172" w:rsidRDefault="006C0B0B" w:rsidP="00776D5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Trajanje</w:t>
      </w:r>
      <w:proofErr w:type="spellEnd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ugovora</w:t>
      </w:r>
      <w:proofErr w:type="spellEnd"/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AE0172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AE0172">
        <w:rPr>
          <w:rFonts w:ascii="Times New Roman" w:hAnsi="Times New Roman" w:cs="Times New Roman"/>
          <w:sz w:val="24"/>
          <w:szCs w:val="24"/>
        </w:rPr>
        <w:t>određeno</w:t>
      </w:r>
      <w:proofErr w:type="spellEnd"/>
      <w:r w:rsidRPr="00AE0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0172">
        <w:rPr>
          <w:rFonts w:ascii="Times New Roman" w:hAnsi="Times New Roman" w:cs="Times New Roman"/>
          <w:sz w:val="24"/>
          <w:szCs w:val="24"/>
        </w:rPr>
        <w:t>vreme</w:t>
      </w:r>
      <w:proofErr w:type="spellEnd"/>
      <w:r w:rsidRPr="00AE0172">
        <w:rPr>
          <w:rFonts w:ascii="Times New Roman" w:hAnsi="Times New Roman" w:cs="Times New Roman"/>
          <w:sz w:val="24"/>
          <w:szCs w:val="24"/>
        </w:rPr>
        <w:t xml:space="preserve"> (1 </w:t>
      </w:r>
      <w:proofErr w:type="spellStart"/>
      <w:r w:rsidRPr="00AE0172">
        <w:rPr>
          <w:rFonts w:ascii="Times New Roman" w:hAnsi="Times New Roman" w:cs="Times New Roman"/>
          <w:sz w:val="24"/>
          <w:szCs w:val="24"/>
        </w:rPr>
        <w:t>godina</w:t>
      </w:r>
      <w:proofErr w:type="spellEnd"/>
      <w:r w:rsidRPr="00AE017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E017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AE0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0172">
        <w:rPr>
          <w:rFonts w:ascii="Times New Roman" w:hAnsi="Times New Roman" w:cs="Times New Roman"/>
          <w:sz w:val="24"/>
          <w:szCs w:val="24"/>
        </w:rPr>
        <w:t>mogućnošću</w:t>
      </w:r>
      <w:proofErr w:type="spellEnd"/>
      <w:r w:rsidRPr="00AE0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0172">
        <w:rPr>
          <w:rFonts w:ascii="Times New Roman" w:hAnsi="Times New Roman" w:cs="Times New Roman"/>
          <w:sz w:val="24"/>
          <w:szCs w:val="24"/>
        </w:rPr>
        <w:t>produženja</w:t>
      </w:r>
      <w:proofErr w:type="spellEnd"/>
      <w:r w:rsidRPr="00AE01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E0172">
        <w:rPr>
          <w:rFonts w:ascii="Times New Roman" w:hAnsi="Times New Roman" w:cs="Times New Roman"/>
          <w:sz w:val="24"/>
          <w:szCs w:val="24"/>
        </w:rPr>
        <w:t>probni</w:t>
      </w:r>
      <w:proofErr w:type="spellEnd"/>
      <w:r w:rsidRPr="00AE0172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 w:rsidRPr="00AE0172">
        <w:rPr>
          <w:rFonts w:ascii="Times New Roman" w:hAnsi="Times New Roman" w:cs="Times New Roman"/>
          <w:sz w:val="24"/>
          <w:szCs w:val="24"/>
        </w:rPr>
        <w:t>traje</w:t>
      </w:r>
      <w:proofErr w:type="spellEnd"/>
      <w:r w:rsidRPr="00AE017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AE0172">
        <w:rPr>
          <w:rFonts w:ascii="Times New Roman" w:hAnsi="Times New Roman" w:cs="Times New Roman"/>
          <w:sz w:val="24"/>
          <w:szCs w:val="24"/>
        </w:rPr>
        <w:t>šest</w:t>
      </w:r>
      <w:proofErr w:type="spellEnd"/>
      <w:r w:rsidRPr="00AE0172">
        <w:rPr>
          <w:rFonts w:ascii="Times New Roman" w:hAnsi="Times New Roman" w:cs="Times New Roman"/>
          <w:sz w:val="24"/>
          <w:szCs w:val="24"/>
        </w:rPr>
        <w:t xml:space="preserve"> (6) </w:t>
      </w:r>
      <w:proofErr w:type="spellStart"/>
      <w:r w:rsidRPr="00AE0172">
        <w:rPr>
          <w:rFonts w:ascii="Times New Roman" w:hAnsi="Times New Roman" w:cs="Times New Roman"/>
          <w:sz w:val="24"/>
          <w:szCs w:val="24"/>
        </w:rPr>
        <w:t>meseci</w:t>
      </w:r>
      <w:proofErr w:type="spellEnd"/>
      <w:r w:rsidRPr="00AE0172">
        <w:rPr>
          <w:rFonts w:ascii="Times New Roman" w:hAnsi="Times New Roman" w:cs="Times New Roman"/>
          <w:sz w:val="24"/>
          <w:szCs w:val="24"/>
        </w:rPr>
        <w:t>;</w:t>
      </w:r>
    </w:p>
    <w:p w14:paraId="0ECE7462" w14:textId="02658EB9" w:rsidR="00AE0172" w:rsidRDefault="006C0B0B" w:rsidP="00776D5E">
      <w:pPr>
        <w:jc w:val="both"/>
      </w:pPr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Mesto rada:</w:t>
      </w:r>
      <w:r w:rsidRPr="00AE0172">
        <w:rPr>
          <w:rFonts w:ascii="Times New Roman" w:hAnsi="Times New Roman" w:cs="Times New Roman"/>
          <w:sz w:val="24"/>
          <w:szCs w:val="24"/>
        </w:rPr>
        <w:t xml:space="preserve"> </w:t>
      </w:r>
      <w:r w:rsidR="007F14A6" w:rsidRPr="007F14A6">
        <w:t xml:space="preserve">KMDK – A.D., </w:t>
      </w:r>
      <w:proofErr w:type="spellStart"/>
      <w:r w:rsidR="007F14A6" w:rsidRPr="007F14A6">
        <w:t>Priština</w:t>
      </w:r>
      <w:proofErr w:type="spellEnd"/>
      <w:r w:rsidR="007F14A6">
        <w:t>;</w:t>
      </w:r>
    </w:p>
    <w:p w14:paraId="2E601C28" w14:textId="77777777" w:rsidR="00776784" w:rsidRPr="00AF1707" w:rsidRDefault="00776784" w:rsidP="00776D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7EE3F1" w14:textId="77777777" w:rsidR="00630BAC" w:rsidRPr="00630BAC" w:rsidRDefault="00630BAC" w:rsidP="00630BAC">
      <w:pPr>
        <w:pStyle w:val="NormalWeb"/>
        <w:jc w:val="both"/>
        <w:rPr>
          <w:b/>
          <w:u w:val="single"/>
        </w:rPr>
      </w:pPr>
      <w:proofErr w:type="spellStart"/>
      <w:r w:rsidRPr="00630BAC">
        <w:rPr>
          <w:b/>
          <w:u w:val="single"/>
        </w:rPr>
        <w:t>Dužnosti</w:t>
      </w:r>
      <w:proofErr w:type="spellEnd"/>
      <w:r w:rsidRPr="00630BAC">
        <w:rPr>
          <w:b/>
          <w:u w:val="single"/>
        </w:rPr>
        <w:t xml:space="preserve"> </w:t>
      </w:r>
      <w:proofErr w:type="spellStart"/>
      <w:r w:rsidRPr="00630BAC">
        <w:rPr>
          <w:b/>
          <w:u w:val="single"/>
        </w:rPr>
        <w:t>i</w:t>
      </w:r>
      <w:proofErr w:type="spellEnd"/>
      <w:r w:rsidRPr="00630BAC">
        <w:rPr>
          <w:b/>
          <w:u w:val="single"/>
        </w:rPr>
        <w:t xml:space="preserve"> </w:t>
      </w:r>
      <w:proofErr w:type="spellStart"/>
      <w:r w:rsidRPr="00630BAC">
        <w:rPr>
          <w:b/>
          <w:u w:val="single"/>
        </w:rPr>
        <w:t>Odgovornosti</w:t>
      </w:r>
      <w:proofErr w:type="spellEnd"/>
      <w:r w:rsidRPr="00630BAC">
        <w:rPr>
          <w:b/>
          <w:u w:val="single"/>
        </w:rPr>
        <w:t>:</w:t>
      </w:r>
    </w:p>
    <w:p w14:paraId="12C3938C" w14:textId="1577D2BF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Proverava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sertifikuje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tačnost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zakonsku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administrativnu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usklađenost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finansijske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dokumentacije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uključujući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fakture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zahteve</w:t>
      </w:r>
      <w:proofErr w:type="spellEnd"/>
      <w:r w:rsidRPr="000C3215">
        <w:rPr>
          <w:bCs/>
        </w:rPr>
        <w:t xml:space="preserve"> za </w:t>
      </w:r>
      <w:proofErr w:type="spellStart"/>
      <w:r w:rsidRPr="000C3215">
        <w:rPr>
          <w:bCs/>
        </w:rPr>
        <w:t>plaćanje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ugovore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prateće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izveštaje</w:t>
      </w:r>
      <w:proofErr w:type="spellEnd"/>
      <w:r w:rsidRPr="000C3215">
        <w:rPr>
          <w:bCs/>
        </w:rPr>
        <w:t xml:space="preserve">; </w:t>
      </w:r>
    </w:p>
    <w:p w14:paraId="740011E3" w14:textId="39871F77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Obezbeđuje</w:t>
      </w:r>
      <w:proofErr w:type="spellEnd"/>
      <w:r w:rsidRPr="000C3215">
        <w:rPr>
          <w:bCs/>
        </w:rPr>
        <w:t xml:space="preserve"> da </w:t>
      </w:r>
      <w:proofErr w:type="spellStart"/>
      <w:r w:rsidRPr="000C3215">
        <w:rPr>
          <w:bCs/>
        </w:rPr>
        <w:t>plaćanja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finansijske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transakcije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imaju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potpunu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dokumentacionu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podršku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da </w:t>
      </w:r>
      <w:proofErr w:type="spellStart"/>
      <w:r w:rsidRPr="000C3215">
        <w:rPr>
          <w:bCs/>
        </w:rPr>
        <w:t>budu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ovlašćene</w:t>
      </w:r>
      <w:proofErr w:type="spellEnd"/>
      <w:r w:rsidRPr="000C3215">
        <w:rPr>
          <w:bCs/>
        </w:rPr>
        <w:t xml:space="preserve"> u </w:t>
      </w:r>
      <w:proofErr w:type="spellStart"/>
      <w:r w:rsidRPr="000C3215">
        <w:rPr>
          <w:bCs/>
        </w:rPr>
        <w:t>skladu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sa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unutrašnjim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procedurama</w:t>
      </w:r>
      <w:proofErr w:type="spellEnd"/>
      <w:r w:rsidRPr="000C3215">
        <w:rPr>
          <w:bCs/>
        </w:rPr>
        <w:t xml:space="preserve">; </w:t>
      </w:r>
    </w:p>
    <w:p w14:paraId="41BB1BDD" w14:textId="0FCEF60B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lastRenderedPageBreak/>
        <w:t>Kontroliše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poštovanje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ugovornih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uslova</w:t>
      </w:r>
      <w:proofErr w:type="spellEnd"/>
      <w:r w:rsidRPr="000C3215">
        <w:rPr>
          <w:bCs/>
        </w:rPr>
        <w:t xml:space="preserve"> pre </w:t>
      </w:r>
      <w:proofErr w:type="spellStart"/>
      <w:r w:rsidRPr="000C3215">
        <w:rPr>
          <w:bCs/>
        </w:rPr>
        <w:t>sertifikacije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troškova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uključujući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rokove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količine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kvalitet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vrednost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primljenih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usluga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ili</w:t>
      </w:r>
      <w:proofErr w:type="spellEnd"/>
      <w:r w:rsidRPr="000C3215">
        <w:rPr>
          <w:bCs/>
        </w:rPr>
        <w:t xml:space="preserve"> robe; </w:t>
      </w:r>
    </w:p>
    <w:p w14:paraId="4228C46D" w14:textId="11C1C75C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Sarađuje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sa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Departmanom</w:t>
      </w:r>
      <w:proofErr w:type="spellEnd"/>
      <w:r w:rsidRPr="000C3215">
        <w:rPr>
          <w:bCs/>
        </w:rPr>
        <w:t xml:space="preserve"> za </w:t>
      </w:r>
      <w:proofErr w:type="spellStart"/>
      <w:r w:rsidRPr="000C3215">
        <w:rPr>
          <w:bCs/>
        </w:rPr>
        <w:t>Finansije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Službom</w:t>
      </w:r>
      <w:proofErr w:type="spellEnd"/>
      <w:r w:rsidRPr="000C3215">
        <w:rPr>
          <w:bCs/>
        </w:rPr>
        <w:t xml:space="preserve"> za </w:t>
      </w:r>
      <w:proofErr w:type="spellStart"/>
      <w:r w:rsidRPr="000C3215">
        <w:rPr>
          <w:bCs/>
        </w:rPr>
        <w:t>Nabavke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relevantnim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jedinicama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radi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obezbeđivanja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jasnoće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tačnosti</w:t>
      </w:r>
      <w:proofErr w:type="spellEnd"/>
      <w:r w:rsidRPr="000C3215">
        <w:rPr>
          <w:bCs/>
        </w:rPr>
        <w:t xml:space="preserve"> u </w:t>
      </w:r>
      <w:proofErr w:type="spellStart"/>
      <w:r w:rsidRPr="000C3215">
        <w:rPr>
          <w:bCs/>
        </w:rPr>
        <w:t>dokumentaciji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podnetoj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na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sertifikaciju</w:t>
      </w:r>
      <w:proofErr w:type="spellEnd"/>
      <w:r w:rsidRPr="000C3215">
        <w:rPr>
          <w:bCs/>
        </w:rPr>
        <w:t xml:space="preserve">; </w:t>
      </w:r>
    </w:p>
    <w:p w14:paraId="31046CF4" w14:textId="5209D336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Pruža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podršku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unutrašnjim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spoljnim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revizijama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obezbeđujući</w:t>
      </w:r>
      <w:proofErr w:type="spellEnd"/>
      <w:r w:rsidRPr="000C3215">
        <w:rPr>
          <w:bCs/>
        </w:rPr>
        <w:t xml:space="preserve"> da </w:t>
      </w:r>
      <w:proofErr w:type="spellStart"/>
      <w:r w:rsidRPr="000C3215">
        <w:rPr>
          <w:bCs/>
        </w:rPr>
        <w:t>svi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sertifikovani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dokumenti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budu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arhivirani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praćeni</w:t>
      </w:r>
      <w:proofErr w:type="spellEnd"/>
      <w:r w:rsidRPr="000C3215">
        <w:rPr>
          <w:bCs/>
        </w:rPr>
        <w:t xml:space="preserve"> u </w:t>
      </w:r>
      <w:proofErr w:type="spellStart"/>
      <w:r w:rsidRPr="000C3215">
        <w:rPr>
          <w:bCs/>
        </w:rPr>
        <w:t>skladu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sa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zakonskim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zahtevima</w:t>
      </w:r>
      <w:proofErr w:type="spellEnd"/>
      <w:r w:rsidRPr="000C3215">
        <w:rPr>
          <w:bCs/>
        </w:rPr>
        <w:t xml:space="preserve">; </w:t>
      </w:r>
    </w:p>
    <w:p w14:paraId="11D4A0F0" w14:textId="5DF8A0B2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Priprema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periodične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izveštaje</w:t>
      </w:r>
      <w:proofErr w:type="spellEnd"/>
      <w:r w:rsidRPr="000C3215">
        <w:rPr>
          <w:bCs/>
        </w:rPr>
        <w:t xml:space="preserve"> o </w:t>
      </w:r>
      <w:proofErr w:type="spellStart"/>
      <w:r w:rsidRPr="000C3215">
        <w:rPr>
          <w:bCs/>
        </w:rPr>
        <w:t>aktivnostima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sertifikacije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uključujući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broj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proverenih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dokumenata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utvrđene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neusklađenosti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preporuke</w:t>
      </w:r>
      <w:proofErr w:type="spellEnd"/>
      <w:r w:rsidRPr="000C3215">
        <w:rPr>
          <w:bCs/>
        </w:rPr>
        <w:t xml:space="preserve"> za </w:t>
      </w:r>
      <w:proofErr w:type="spellStart"/>
      <w:r w:rsidRPr="000C3215">
        <w:rPr>
          <w:bCs/>
        </w:rPr>
        <w:t>poboljšanje</w:t>
      </w:r>
      <w:proofErr w:type="spellEnd"/>
      <w:r w:rsidRPr="000C3215">
        <w:rPr>
          <w:bCs/>
        </w:rPr>
        <w:t xml:space="preserve">; </w:t>
      </w:r>
    </w:p>
    <w:p w14:paraId="252ED7ED" w14:textId="2639C3F4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Obezbeđuje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usklađenost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procesa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sa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Zakonom</w:t>
      </w:r>
      <w:proofErr w:type="spellEnd"/>
      <w:r w:rsidRPr="000C3215">
        <w:rPr>
          <w:bCs/>
        </w:rPr>
        <w:t xml:space="preserve"> o </w:t>
      </w:r>
      <w:proofErr w:type="spellStart"/>
      <w:r w:rsidRPr="000C3215">
        <w:rPr>
          <w:bCs/>
        </w:rPr>
        <w:t>Upravljanju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Javnim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Finansijama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Odgovornostima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drugim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relevantnim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aktima</w:t>
      </w:r>
      <w:proofErr w:type="spellEnd"/>
      <w:r w:rsidRPr="000C3215">
        <w:rPr>
          <w:bCs/>
        </w:rPr>
        <w:t xml:space="preserve">; </w:t>
      </w:r>
    </w:p>
    <w:p w14:paraId="111E768B" w14:textId="111F21B7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Pomaže</w:t>
      </w:r>
      <w:proofErr w:type="spellEnd"/>
      <w:r w:rsidRPr="000C3215">
        <w:rPr>
          <w:bCs/>
        </w:rPr>
        <w:t xml:space="preserve"> u </w:t>
      </w:r>
      <w:proofErr w:type="spellStart"/>
      <w:r w:rsidRPr="000C3215">
        <w:rPr>
          <w:bCs/>
        </w:rPr>
        <w:t>identifikaciji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finansijskih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ili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administrativnih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nepravilnosti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obaveštavajući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menadžment</w:t>
      </w:r>
      <w:proofErr w:type="spellEnd"/>
      <w:r w:rsidRPr="000C3215">
        <w:rPr>
          <w:bCs/>
        </w:rPr>
        <w:t xml:space="preserve"> u </w:t>
      </w:r>
      <w:proofErr w:type="spellStart"/>
      <w:r w:rsidRPr="000C3215">
        <w:rPr>
          <w:bCs/>
        </w:rPr>
        <w:t>slučaju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mogućih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povreda</w:t>
      </w:r>
      <w:proofErr w:type="spellEnd"/>
      <w:r w:rsidRPr="000C3215">
        <w:rPr>
          <w:bCs/>
        </w:rPr>
        <w:t xml:space="preserve">; </w:t>
      </w:r>
    </w:p>
    <w:p w14:paraId="58B664FF" w14:textId="725D1430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Vodi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detaljnu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evidenciju</w:t>
      </w:r>
      <w:proofErr w:type="spellEnd"/>
      <w:r w:rsidRPr="000C3215">
        <w:rPr>
          <w:bCs/>
        </w:rPr>
        <w:t xml:space="preserve"> o </w:t>
      </w:r>
      <w:proofErr w:type="spellStart"/>
      <w:r w:rsidRPr="000C3215">
        <w:rPr>
          <w:bCs/>
        </w:rPr>
        <w:t>svim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sertifikovanim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dokumentima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ručno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>/</w:t>
      </w:r>
      <w:proofErr w:type="spellStart"/>
      <w:r w:rsidRPr="000C3215">
        <w:rPr>
          <w:bCs/>
        </w:rPr>
        <w:t>ili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elektronski</w:t>
      </w:r>
      <w:proofErr w:type="spellEnd"/>
      <w:r w:rsidRPr="000C3215">
        <w:rPr>
          <w:bCs/>
        </w:rPr>
        <w:t xml:space="preserve">; </w:t>
      </w:r>
    </w:p>
    <w:p w14:paraId="684D74CF" w14:textId="77DC63CE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Obavlja</w:t>
      </w:r>
      <w:proofErr w:type="spellEnd"/>
      <w:r w:rsidRPr="000C3215">
        <w:rPr>
          <w:bCs/>
        </w:rPr>
        <w:t xml:space="preserve"> i </w:t>
      </w:r>
      <w:proofErr w:type="spellStart"/>
      <w:r w:rsidRPr="000C3215">
        <w:rPr>
          <w:bCs/>
        </w:rPr>
        <w:t>druge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zadatke</w:t>
      </w:r>
      <w:proofErr w:type="spellEnd"/>
      <w:r w:rsidRPr="000C3215">
        <w:rPr>
          <w:bCs/>
        </w:rPr>
        <w:t xml:space="preserve"> u </w:t>
      </w:r>
      <w:proofErr w:type="spellStart"/>
      <w:r w:rsidRPr="000C3215">
        <w:rPr>
          <w:bCs/>
        </w:rPr>
        <w:t>vezi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sa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verifikacijom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unutrašnjom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kontrolom</w:t>
      </w:r>
      <w:proofErr w:type="spellEnd"/>
      <w:r w:rsidRPr="000C3215">
        <w:rPr>
          <w:bCs/>
        </w:rPr>
        <w:t xml:space="preserve">, po </w:t>
      </w:r>
      <w:proofErr w:type="spellStart"/>
      <w:r w:rsidRPr="000C3215">
        <w:rPr>
          <w:bCs/>
        </w:rPr>
        <w:t>zahtevu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pretpostavljenog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ili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Generalnog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Direktora</w:t>
      </w:r>
      <w:proofErr w:type="spellEnd"/>
      <w:r w:rsidRPr="000C3215">
        <w:rPr>
          <w:bCs/>
        </w:rPr>
        <w:t xml:space="preserve">. </w:t>
      </w:r>
    </w:p>
    <w:p w14:paraId="59EEB491" w14:textId="77777777" w:rsidR="00630BAC" w:rsidRDefault="00630BAC" w:rsidP="00630BAC">
      <w:pPr>
        <w:pStyle w:val="NormalWeb"/>
        <w:jc w:val="both"/>
        <w:rPr>
          <w:b/>
          <w:u w:val="single"/>
        </w:rPr>
      </w:pPr>
      <w:proofErr w:type="spellStart"/>
      <w:r w:rsidRPr="00630BAC">
        <w:rPr>
          <w:b/>
          <w:u w:val="single"/>
        </w:rPr>
        <w:t>Iskustvo</w:t>
      </w:r>
      <w:proofErr w:type="spellEnd"/>
      <w:r w:rsidRPr="00630BAC">
        <w:rPr>
          <w:b/>
          <w:u w:val="single"/>
        </w:rPr>
        <w:t xml:space="preserve"> / </w:t>
      </w:r>
      <w:proofErr w:type="spellStart"/>
      <w:r w:rsidRPr="00630BAC">
        <w:rPr>
          <w:b/>
          <w:u w:val="single"/>
        </w:rPr>
        <w:t>Obrazovanje</w:t>
      </w:r>
      <w:proofErr w:type="spellEnd"/>
      <w:r w:rsidRPr="00630BAC">
        <w:rPr>
          <w:b/>
          <w:u w:val="single"/>
        </w:rPr>
        <w:t>:</w:t>
      </w:r>
    </w:p>
    <w:p w14:paraId="1735552C" w14:textId="227A71A9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Univerzitetska</w:t>
      </w:r>
      <w:proofErr w:type="spellEnd"/>
      <w:r w:rsidRPr="000C3215">
        <w:rPr>
          <w:bCs/>
        </w:rPr>
        <w:t xml:space="preserve"> diploma </w:t>
      </w:r>
      <w:proofErr w:type="spellStart"/>
      <w:r w:rsidRPr="000C3215">
        <w:rPr>
          <w:bCs/>
        </w:rPr>
        <w:t>iz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ekonomije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finansija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računovodstva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ili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srodnih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oblasti</w:t>
      </w:r>
      <w:proofErr w:type="spellEnd"/>
      <w:r w:rsidRPr="000C3215">
        <w:rPr>
          <w:bCs/>
        </w:rPr>
        <w:t xml:space="preserve">; </w:t>
      </w:r>
    </w:p>
    <w:p w14:paraId="741124AA" w14:textId="4E672997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Najmanje</w:t>
      </w:r>
      <w:proofErr w:type="spellEnd"/>
      <w:r w:rsidRPr="000C3215">
        <w:rPr>
          <w:bCs/>
        </w:rPr>
        <w:t xml:space="preserve"> 3 </w:t>
      </w:r>
      <w:proofErr w:type="spellStart"/>
      <w:r w:rsidRPr="000C3215">
        <w:rPr>
          <w:bCs/>
        </w:rPr>
        <w:t>godine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radnog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iskustva</w:t>
      </w:r>
      <w:proofErr w:type="spellEnd"/>
      <w:r w:rsidRPr="000C3215">
        <w:rPr>
          <w:bCs/>
        </w:rPr>
        <w:t xml:space="preserve"> u </w:t>
      </w:r>
      <w:proofErr w:type="spellStart"/>
      <w:r w:rsidRPr="000C3215">
        <w:rPr>
          <w:bCs/>
        </w:rPr>
        <w:t>javnoj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upravi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reviziji</w:t>
      </w:r>
      <w:proofErr w:type="spellEnd"/>
      <w:r w:rsidRPr="000C3215">
        <w:rPr>
          <w:bCs/>
        </w:rPr>
        <w:t xml:space="preserve">, </w:t>
      </w:r>
      <w:proofErr w:type="spellStart"/>
      <w:r w:rsidRPr="000C3215">
        <w:rPr>
          <w:bCs/>
        </w:rPr>
        <w:t>računovodstvu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ili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srodnim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kontrolnim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funkcijama</w:t>
      </w:r>
      <w:proofErr w:type="spellEnd"/>
      <w:r w:rsidRPr="000C3215">
        <w:rPr>
          <w:bCs/>
        </w:rPr>
        <w:t xml:space="preserve">; </w:t>
      </w:r>
    </w:p>
    <w:p w14:paraId="50B889FD" w14:textId="66B36234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Potpuno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poznavanje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primenjivog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finansijskog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zakonodavstva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procedura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unutrašnje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kontrole</w:t>
      </w:r>
      <w:proofErr w:type="spellEnd"/>
      <w:r w:rsidRPr="000C3215">
        <w:rPr>
          <w:bCs/>
        </w:rPr>
        <w:t xml:space="preserve">; </w:t>
      </w:r>
    </w:p>
    <w:p w14:paraId="52928F0B" w14:textId="0ACB4D0B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r w:rsidRPr="000C3215">
        <w:rPr>
          <w:bCs/>
        </w:rPr>
        <w:t xml:space="preserve">Dobre </w:t>
      </w:r>
      <w:proofErr w:type="spellStart"/>
      <w:r w:rsidRPr="000C3215">
        <w:rPr>
          <w:bCs/>
        </w:rPr>
        <w:t>analitičke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veštine</w:t>
      </w:r>
      <w:proofErr w:type="spellEnd"/>
      <w:r w:rsidRPr="000C3215">
        <w:rPr>
          <w:bCs/>
        </w:rPr>
        <w:t xml:space="preserve"> za </w:t>
      </w:r>
      <w:proofErr w:type="spellStart"/>
      <w:r w:rsidRPr="000C3215">
        <w:rPr>
          <w:bCs/>
        </w:rPr>
        <w:t>obradu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poređenje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dokumentacije</w:t>
      </w:r>
      <w:proofErr w:type="spellEnd"/>
      <w:r w:rsidRPr="000C3215">
        <w:rPr>
          <w:bCs/>
        </w:rPr>
        <w:t xml:space="preserve">. </w:t>
      </w:r>
    </w:p>
    <w:p w14:paraId="0B6B77EF" w14:textId="77777777" w:rsidR="00630BAC" w:rsidRPr="00630BAC" w:rsidRDefault="00630BAC" w:rsidP="00630BAC">
      <w:pPr>
        <w:pStyle w:val="NormalWeb"/>
        <w:jc w:val="both"/>
        <w:rPr>
          <w:b/>
          <w:u w:val="single"/>
        </w:rPr>
      </w:pPr>
      <w:proofErr w:type="spellStart"/>
      <w:r w:rsidRPr="00630BAC">
        <w:rPr>
          <w:b/>
          <w:u w:val="single"/>
        </w:rPr>
        <w:t>Ostale</w:t>
      </w:r>
      <w:proofErr w:type="spellEnd"/>
      <w:r w:rsidRPr="00630BAC">
        <w:rPr>
          <w:b/>
          <w:u w:val="single"/>
        </w:rPr>
        <w:t xml:space="preserve"> </w:t>
      </w:r>
      <w:proofErr w:type="spellStart"/>
      <w:r w:rsidRPr="00630BAC">
        <w:rPr>
          <w:b/>
          <w:u w:val="single"/>
        </w:rPr>
        <w:t>Veštine</w:t>
      </w:r>
      <w:proofErr w:type="spellEnd"/>
      <w:r w:rsidRPr="00630BAC">
        <w:rPr>
          <w:b/>
          <w:u w:val="single"/>
        </w:rPr>
        <w:t>:</w:t>
      </w:r>
    </w:p>
    <w:p w14:paraId="0152E12E" w14:textId="700F87E5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Tačnost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posvećenost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detaljima</w:t>
      </w:r>
      <w:proofErr w:type="spellEnd"/>
      <w:r w:rsidRPr="000C3215">
        <w:rPr>
          <w:bCs/>
        </w:rPr>
        <w:t xml:space="preserve">; </w:t>
      </w:r>
    </w:p>
    <w:p w14:paraId="6395509D" w14:textId="1EDD3E33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Solidno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poznavanje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relevantnog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zakonodavstva</w:t>
      </w:r>
      <w:proofErr w:type="spellEnd"/>
      <w:r w:rsidRPr="000C3215">
        <w:rPr>
          <w:bCs/>
        </w:rPr>
        <w:t xml:space="preserve">; </w:t>
      </w:r>
    </w:p>
    <w:p w14:paraId="72428BFF" w14:textId="28A7F47C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Sposobnost</w:t>
      </w:r>
      <w:proofErr w:type="spellEnd"/>
      <w:r w:rsidRPr="000C3215">
        <w:rPr>
          <w:bCs/>
        </w:rPr>
        <w:t xml:space="preserve"> za rad </w:t>
      </w:r>
      <w:proofErr w:type="spellStart"/>
      <w:r w:rsidRPr="000C3215">
        <w:rPr>
          <w:bCs/>
        </w:rPr>
        <w:t>sa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visokim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integritetom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poverljivošću</w:t>
      </w:r>
      <w:proofErr w:type="spellEnd"/>
      <w:r w:rsidRPr="000C3215">
        <w:rPr>
          <w:bCs/>
        </w:rPr>
        <w:t xml:space="preserve">; </w:t>
      </w:r>
    </w:p>
    <w:p w14:paraId="7E01AFB1" w14:textId="4E5AF73D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Strukturiran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pristup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verifikaciji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analizi</w:t>
      </w:r>
      <w:proofErr w:type="spellEnd"/>
      <w:r w:rsidRPr="000C3215">
        <w:rPr>
          <w:bCs/>
        </w:rPr>
        <w:t xml:space="preserve">; </w:t>
      </w:r>
    </w:p>
    <w:p w14:paraId="21BE1576" w14:textId="12CBAFDC" w:rsidR="000C3215" w:rsidRPr="000C3215" w:rsidRDefault="000C3215" w:rsidP="000C3215">
      <w:pPr>
        <w:pStyle w:val="NormalWeb"/>
        <w:numPr>
          <w:ilvl w:val="0"/>
          <w:numId w:val="12"/>
        </w:numPr>
        <w:jc w:val="both"/>
        <w:rPr>
          <w:bCs/>
        </w:rPr>
      </w:pPr>
      <w:proofErr w:type="spellStart"/>
      <w:r w:rsidRPr="000C3215">
        <w:rPr>
          <w:bCs/>
        </w:rPr>
        <w:t>Veštine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saradnje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i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profesionalnog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donošenja</w:t>
      </w:r>
      <w:proofErr w:type="spellEnd"/>
      <w:r w:rsidRPr="000C3215">
        <w:rPr>
          <w:bCs/>
        </w:rPr>
        <w:t xml:space="preserve"> </w:t>
      </w:r>
      <w:proofErr w:type="spellStart"/>
      <w:r w:rsidRPr="000C3215">
        <w:rPr>
          <w:bCs/>
        </w:rPr>
        <w:t>odluka</w:t>
      </w:r>
      <w:proofErr w:type="spellEnd"/>
      <w:r w:rsidRPr="000C3215">
        <w:rPr>
          <w:bCs/>
        </w:rPr>
        <w:t xml:space="preserve"> pod </w:t>
      </w:r>
      <w:proofErr w:type="spellStart"/>
      <w:r w:rsidRPr="000C3215">
        <w:rPr>
          <w:bCs/>
        </w:rPr>
        <w:t>pritiskom</w:t>
      </w:r>
      <w:proofErr w:type="spellEnd"/>
      <w:r w:rsidRPr="000C3215">
        <w:rPr>
          <w:bCs/>
        </w:rPr>
        <w:t xml:space="preserve">. </w:t>
      </w:r>
    </w:p>
    <w:p w14:paraId="031719C8" w14:textId="77777777" w:rsidR="00630BAC" w:rsidRPr="00630BAC" w:rsidRDefault="00630BAC" w:rsidP="00630BAC">
      <w:pPr>
        <w:pStyle w:val="NormalWeb"/>
        <w:jc w:val="both"/>
        <w:rPr>
          <w:b/>
          <w:u w:val="single"/>
        </w:rPr>
      </w:pPr>
      <w:proofErr w:type="spellStart"/>
      <w:r w:rsidRPr="00630BAC">
        <w:rPr>
          <w:b/>
          <w:u w:val="single"/>
        </w:rPr>
        <w:t>Procedura</w:t>
      </w:r>
      <w:proofErr w:type="spellEnd"/>
      <w:r w:rsidRPr="00630BAC">
        <w:rPr>
          <w:b/>
          <w:u w:val="single"/>
        </w:rPr>
        <w:t xml:space="preserve"> </w:t>
      </w:r>
      <w:proofErr w:type="spellStart"/>
      <w:r w:rsidRPr="00630BAC">
        <w:rPr>
          <w:b/>
          <w:u w:val="single"/>
        </w:rPr>
        <w:t>Konkurisanja</w:t>
      </w:r>
      <w:proofErr w:type="spellEnd"/>
      <w:r w:rsidRPr="00630BAC">
        <w:rPr>
          <w:b/>
          <w:u w:val="single"/>
        </w:rPr>
        <w:t>:</w:t>
      </w:r>
    </w:p>
    <w:p w14:paraId="6F47D751" w14:textId="7C5B5291" w:rsidR="00630BAC" w:rsidRPr="00630BAC" w:rsidRDefault="00630BAC">
      <w:pPr>
        <w:pStyle w:val="NormalWeb"/>
        <w:numPr>
          <w:ilvl w:val="0"/>
          <w:numId w:val="7"/>
        </w:numPr>
        <w:jc w:val="both"/>
        <w:rPr>
          <w:bCs/>
          <w:u w:val="single"/>
        </w:rPr>
      </w:pPr>
      <w:proofErr w:type="spellStart"/>
      <w:r w:rsidRPr="00630BAC">
        <w:rPr>
          <w:bCs/>
          <w:u w:val="single"/>
        </w:rPr>
        <w:t>Zainteresovani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kandidati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zvanični</w:t>
      </w:r>
      <w:proofErr w:type="spellEnd"/>
      <w:r w:rsidRPr="00630BAC">
        <w:rPr>
          <w:bCs/>
          <w:u w:val="single"/>
        </w:rPr>
        <w:t xml:space="preserve"> formular </w:t>
      </w:r>
      <w:proofErr w:type="spellStart"/>
      <w:r w:rsidRPr="00630BAC">
        <w:rPr>
          <w:bCs/>
          <w:u w:val="single"/>
        </w:rPr>
        <w:t>mogu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preuzeti</w:t>
      </w:r>
      <w:proofErr w:type="spellEnd"/>
      <w:r w:rsidRPr="00630BAC">
        <w:rPr>
          <w:bCs/>
          <w:u w:val="single"/>
        </w:rPr>
        <w:t xml:space="preserve"> u </w:t>
      </w:r>
      <w:proofErr w:type="spellStart"/>
      <w:r w:rsidRPr="00630BAC">
        <w:rPr>
          <w:bCs/>
          <w:u w:val="single"/>
        </w:rPr>
        <w:t>kancelarijama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Ljudskih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Resursa</w:t>
      </w:r>
      <w:proofErr w:type="spellEnd"/>
      <w:r w:rsidRPr="00630BAC">
        <w:rPr>
          <w:bCs/>
          <w:u w:val="single"/>
        </w:rPr>
        <w:t xml:space="preserve"> KMDK A.D. </w:t>
      </w:r>
      <w:proofErr w:type="spellStart"/>
      <w:r w:rsidRPr="00630BAC">
        <w:rPr>
          <w:bCs/>
          <w:u w:val="single"/>
        </w:rPr>
        <w:t>ili</w:t>
      </w:r>
      <w:proofErr w:type="spellEnd"/>
      <w:r w:rsidRPr="00630BAC">
        <w:rPr>
          <w:bCs/>
          <w:u w:val="single"/>
        </w:rPr>
        <w:t xml:space="preserve"> ga </w:t>
      </w:r>
      <w:proofErr w:type="spellStart"/>
      <w:r w:rsidRPr="00630BAC">
        <w:rPr>
          <w:bCs/>
          <w:u w:val="single"/>
        </w:rPr>
        <w:t>preuzeti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sa</w:t>
      </w:r>
      <w:proofErr w:type="spellEnd"/>
      <w:r w:rsidRPr="00630BAC">
        <w:rPr>
          <w:bCs/>
          <w:u w:val="single"/>
        </w:rPr>
        <w:t xml:space="preserve"> internet </w:t>
      </w:r>
      <w:proofErr w:type="spellStart"/>
      <w:r w:rsidRPr="00630BAC">
        <w:rPr>
          <w:bCs/>
          <w:u w:val="single"/>
        </w:rPr>
        <w:t>stranice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na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adresi</w:t>
      </w:r>
      <w:proofErr w:type="spellEnd"/>
      <w:r w:rsidRPr="00630BAC">
        <w:rPr>
          <w:bCs/>
          <w:u w:val="single"/>
        </w:rPr>
        <w:t>: https://kmdk-ks.org/.</w:t>
      </w:r>
    </w:p>
    <w:p w14:paraId="361EA077" w14:textId="77777777" w:rsidR="00776784" w:rsidRDefault="00630BAC">
      <w:pPr>
        <w:pStyle w:val="NormalWeb"/>
        <w:numPr>
          <w:ilvl w:val="0"/>
          <w:numId w:val="7"/>
        </w:numPr>
        <w:jc w:val="both"/>
        <w:rPr>
          <w:bCs/>
          <w:u w:val="single"/>
        </w:rPr>
      </w:pPr>
      <w:proofErr w:type="spellStart"/>
      <w:r w:rsidRPr="00630BAC">
        <w:rPr>
          <w:bCs/>
          <w:u w:val="single"/>
        </w:rPr>
        <w:t>Dokumentacija</w:t>
      </w:r>
      <w:proofErr w:type="spellEnd"/>
      <w:r w:rsidRPr="00630BAC">
        <w:rPr>
          <w:bCs/>
          <w:u w:val="single"/>
        </w:rPr>
        <w:t xml:space="preserve"> se </w:t>
      </w:r>
      <w:proofErr w:type="spellStart"/>
      <w:r w:rsidRPr="00630BAC">
        <w:rPr>
          <w:bCs/>
          <w:u w:val="single"/>
        </w:rPr>
        <w:t>može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podneti</w:t>
      </w:r>
      <w:proofErr w:type="spellEnd"/>
      <w:r w:rsidRPr="00630BAC">
        <w:rPr>
          <w:bCs/>
          <w:u w:val="single"/>
        </w:rPr>
        <w:t xml:space="preserve">: </w:t>
      </w:r>
    </w:p>
    <w:p w14:paraId="7ABEE6CD" w14:textId="77777777" w:rsidR="00776784" w:rsidRDefault="00630BAC">
      <w:pPr>
        <w:pStyle w:val="NormalWeb"/>
        <w:numPr>
          <w:ilvl w:val="0"/>
          <w:numId w:val="8"/>
        </w:numPr>
        <w:jc w:val="both"/>
        <w:rPr>
          <w:bCs/>
          <w:u w:val="single"/>
        </w:rPr>
      </w:pPr>
      <w:proofErr w:type="spellStart"/>
      <w:r w:rsidRPr="00630BAC">
        <w:rPr>
          <w:bCs/>
          <w:u w:val="single"/>
        </w:rPr>
        <w:t>elektronskim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putem</w:t>
      </w:r>
      <w:proofErr w:type="spellEnd"/>
      <w:r w:rsidRPr="00630BAC">
        <w:rPr>
          <w:bCs/>
          <w:u w:val="single"/>
        </w:rPr>
        <w:t xml:space="preserve">, </w:t>
      </w:r>
    </w:p>
    <w:p w14:paraId="613FCA36" w14:textId="77777777" w:rsidR="00776784" w:rsidRDefault="00630BAC">
      <w:pPr>
        <w:pStyle w:val="NormalWeb"/>
        <w:numPr>
          <w:ilvl w:val="0"/>
          <w:numId w:val="8"/>
        </w:numPr>
        <w:jc w:val="both"/>
        <w:rPr>
          <w:bCs/>
          <w:u w:val="single"/>
        </w:rPr>
      </w:pPr>
      <w:proofErr w:type="spellStart"/>
      <w:r w:rsidRPr="00630BAC">
        <w:rPr>
          <w:bCs/>
          <w:u w:val="single"/>
        </w:rPr>
        <w:lastRenderedPageBreak/>
        <w:t>preko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elektronske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adrese</w:t>
      </w:r>
      <w:proofErr w:type="spellEnd"/>
      <w:r w:rsidRPr="00630BAC">
        <w:rPr>
          <w:bCs/>
          <w:u w:val="single"/>
        </w:rPr>
        <w:t xml:space="preserve"> </w:t>
      </w:r>
      <w:hyperlink r:id="rId9" w:history="1">
        <w:r w:rsidRPr="00630BAC">
          <w:rPr>
            <w:rStyle w:val="Hyperlink"/>
            <w:bCs/>
          </w:rPr>
          <w:t>burimetnjerzore@kmdk-ks.org</w:t>
        </w:r>
      </w:hyperlink>
      <w:r w:rsidRPr="00630BAC">
        <w:rPr>
          <w:bCs/>
          <w:u w:val="single"/>
        </w:rPr>
        <w:t>,</w:t>
      </w:r>
    </w:p>
    <w:p w14:paraId="369F395A" w14:textId="77777777" w:rsidR="00776784" w:rsidRDefault="00630BAC">
      <w:pPr>
        <w:pStyle w:val="NormalWeb"/>
        <w:numPr>
          <w:ilvl w:val="0"/>
          <w:numId w:val="8"/>
        </w:numPr>
        <w:jc w:val="both"/>
        <w:rPr>
          <w:bCs/>
          <w:u w:val="single"/>
        </w:rPr>
      </w:pPr>
      <w:proofErr w:type="spellStart"/>
      <w:r w:rsidRPr="00630BAC">
        <w:rPr>
          <w:bCs/>
          <w:u w:val="single"/>
        </w:rPr>
        <w:t>putem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pošte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ili</w:t>
      </w:r>
      <w:proofErr w:type="spellEnd"/>
      <w:r>
        <w:rPr>
          <w:bCs/>
          <w:u w:val="single"/>
        </w:rPr>
        <w:t xml:space="preserve"> </w:t>
      </w:r>
    </w:p>
    <w:p w14:paraId="38AFCD4D" w14:textId="38808C9D" w:rsidR="00630BAC" w:rsidRPr="00630BAC" w:rsidRDefault="00630BAC">
      <w:pPr>
        <w:pStyle w:val="NormalWeb"/>
        <w:numPr>
          <w:ilvl w:val="0"/>
          <w:numId w:val="8"/>
        </w:numPr>
        <w:jc w:val="both"/>
        <w:rPr>
          <w:bCs/>
          <w:u w:val="single"/>
        </w:rPr>
      </w:pPr>
      <w:r w:rsidRPr="00630BAC">
        <w:rPr>
          <w:bCs/>
          <w:u w:val="single"/>
        </w:rPr>
        <w:t xml:space="preserve">u </w:t>
      </w:r>
      <w:proofErr w:type="spellStart"/>
      <w:r w:rsidRPr="00630BAC">
        <w:rPr>
          <w:bCs/>
          <w:u w:val="single"/>
        </w:rPr>
        <w:t>fizičkoj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kopiji</w:t>
      </w:r>
      <w:proofErr w:type="spellEnd"/>
      <w:r w:rsidRPr="00630BAC">
        <w:rPr>
          <w:bCs/>
          <w:u w:val="single"/>
        </w:rPr>
        <w:t xml:space="preserve"> u </w:t>
      </w:r>
      <w:proofErr w:type="spellStart"/>
      <w:r w:rsidRPr="00630BAC">
        <w:rPr>
          <w:bCs/>
          <w:u w:val="single"/>
        </w:rPr>
        <w:t>kancelarijama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Ljudskih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Resursa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na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adresi</w:t>
      </w:r>
      <w:proofErr w:type="spellEnd"/>
      <w:r w:rsidRPr="00630BAC">
        <w:rPr>
          <w:bCs/>
          <w:u w:val="single"/>
        </w:rPr>
        <w:t xml:space="preserve">: </w:t>
      </w:r>
      <w:proofErr w:type="spellStart"/>
      <w:r w:rsidRPr="00630BAC">
        <w:rPr>
          <w:bCs/>
          <w:u w:val="single"/>
        </w:rPr>
        <w:t>Ulica</w:t>
      </w:r>
      <w:proofErr w:type="spellEnd"/>
      <w:r w:rsidRPr="00630BAC">
        <w:rPr>
          <w:bCs/>
          <w:u w:val="single"/>
        </w:rPr>
        <w:t xml:space="preserve"> „Gazmend </w:t>
      </w:r>
      <w:proofErr w:type="gramStart"/>
      <w:r w:rsidRPr="00630BAC">
        <w:rPr>
          <w:bCs/>
          <w:u w:val="single"/>
        </w:rPr>
        <w:t>Zajmi“</w:t>
      </w:r>
      <w:proofErr w:type="gramEnd"/>
      <w:r w:rsidRPr="00630BAC">
        <w:rPr>
          <w:bCs/>
          <w:u w:val="single"/>
        </w:rPr>
        <w:t xml:space="preserve">, br. 41, </w:t>
      </w:r>
      <w:proofErr w:type="spellStart"/>
      <w:r w:rsidRPr="00630BAC">
        <w:rPr>
          <w:bCs/>
          <w:u w:val="single"/>
        </w:rPr>
        <w:t>Priština</w:t>
      </w:r>
      <w:proofErr w:type="spellEnd"/>
      <w:r w:rsidRPr="00630BAC">
        <w:rPr>
          <w:bCs/>
          <w:u w:val="single"/>
        </w:rPr>
        <w:t>.</w:t>
      </w:r>
    </w:p>
    <w:p w14:paraId="533BD3CB" w14:textId="19D49F33" w:rsidR="00630BAC" w:rsidRPr="00776784" w:rsidRDefault="00630BAC" w:rsidP="00776784">
      <w:pPr>
        <w:pStyle w:val="NormalWeb"/>
        <w:jc w:val="both"/>
        <w:rPr>
          <w:bCs/>
          <w:i/>
          <w:iCs/>
          <w:u w:val="single"/>
        </w:rPr>
      </w:pPr>
      <w:proofErr w:type="spellStart"/>
      <w:r w:rsidRPr="00776784">
        <w:rPr>
          <w:bCs/>
          <w:i/>
          <w:iCs/>
          <w:u w:val="single"/>
        </w:rPr>
        <w:t>Aplikacija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poslata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putem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elektronske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adrese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smatra</w:t>
      </w:r>
      <w:proofErr w:type="spellEnd"/>
      <w:r w:rsidRPr="00776784">
        <w:rPr>
          <w:bCs/>
          <w:i/>
          <w:iCs/>
          <w:u w:val="single"/>
        </w:rPr>
        <w:t xml:space="preserve"> se </w:t>
      </w:r>
      <w:proofErr w:type="spellStart"/>
      <w:r w:rsidRPr="00776784">
        <w:rPr>
          <w:bCs/>
          <w:i/>
          <w:iCs/>
          <w:u w:val="single"/>
        </w:rPr>
        <w:t>primljenom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ukoliko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primite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potvrdu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sa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adrese</w:t>
      </w:r>
      <w:proofErr w:type="spellEnd"/>
      <w:r w:rsidRPr="00776784">
        <w:rPr>
          <w:bCs/>
          <w:i/>
          <w:iCs/>
          <w:u w:val="single"/>
        </w:rPr>
        <w:t xml:space="preserve"> o </w:t>
      </w:r>
      <w:proofErr w:type="spellStart"/>
      <w:r w:rsidRPr="00776784">
        <w:rPr>
          <w:bCs/>
          <w:i/>
          <w:iCs/>
          <w:u w:val="single"/>
        </w:rPr>
        <w:t>prijemu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aplikacije</w:t>
      </w:r>
      <w:proofErr w:type="spellEnd"/>
      <w:r w:rsidRPr="00776784">
        <w:rPr>
          <w:bCs/>
          <w:i/>
          <w:iCs/>
          <w:u w:val="single"/>
        </w:rPr>
        <w:t xml:space="preserve">. </w:t>
      </w:r>
      <w:proofErr w:type="spellStart"/>
      <w:r w:rsidRPr="00776784">
        <w:rPr>
          <w:bCs/>
          <w:i/>
          <w:iCs/>
          <w:u w:val="single"/>
        </w:rPr>
        <w:t>Kandidati</w:t>
      </w:r>
      <w:proofErr w:type="spellEnd"/>
      <w:r w:rsidRPr="00776784">
        <w:rPr>
          <w:bCs/>
          <w:i/>
          <w:iCs/>
          <w:u w:val="single"/>
        </w:rPr>
        <w:t xml:space="preserve"> koji </w:t>
      </w:r>
      <w:proofErr w:type="spellStart"/>
      <w:r w:rsidRPr="00776784">
        <w:rPr>
          <w:bCs/>
          <w:i/>
          <w:iCs/>
          <w:u w:val="single"/>
        </w:rPr>
        <w:t>konkurišu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moraju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tačno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navesti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adresu</w:t>
      </w:r>
      <w:proofErr w:type="spellEnd"/>
      <w:r w:rsidRPr="00776784">
        <w:rPr>
          <w:bCs/>
          <w:i/>
          <w:iCs/>
          <w:u w:val="single"/>
        </w:rPr>
        <w:t xml:space="preserve">, </w:t>
      </w:r>
      <w:proofErr w:type="spellStart"/>
      <w:r w:rsidRPr="00776784">
        <w:rPr>
          <w:bCs/>
          <w:i/>
          <w:iCs/>
          <w:u w:val="single"/>
        </w:rPr>
        <w:t>kontakt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telefon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i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elektronsku</w:t>
      </w:r>
      <w:proofErr w:type="spellEnd"/>
      <w:r w:rsidRPr="00776784">
        <w:rPr>
          <w:bCs/>
          <w:i/>
          <w:iCs/>
          <w:u w:val="single"/>
        </w:rPr>
        <w:t xml:space="preserve"> </w:t>
      </w:r>
      <w:proofErr w:type="spellStart"/>
      <w:r w:rsidRPr="00776784">
        <w:rPr>
          <w:bCs/>
          <w:i/>
          <w:iCs/>
          <w:u w:val="single"/>
        </w:rPr>
        <w:t>adresu</w:t>
      </w:r>
      <w:proofErr w:type="spellEnd"/>
      <w:r w:rsidRPr="00776784">
        <w:rPr>
          <w:bCs/>
          <w:i/>
          <w:iCs/>
          <w:u w:val="single"/>
        </w:rPr>
        <w:t>.</w:t>
      </w:r>
    </w:p>
    <w:p w14:paraId="3938F042" w14:textId="77777777" w:rsidR="00630BAC" w:rsidRPr="00630BAC" w:rsidRDefault="00630BAC" w:rsidP="00630BAC">
      <w:pPr>
        <w:pStyle w:val="NormalWeb"/>
        <w:jc w:val="both"/>
        <w:rPr>
          <w:b/>
          <w:u w:val="single"/>
        </w:rPr>
      </w:pPr>
      <w:proofErr w:type="spellStart"/>
      <w:r w:rsidRPr="00630BAC">
        <w:rPr>
          <w:b/>
          <w:u w:val="single"/>
        </w:rPr>
        <w:t>Potrebna</w:t>
      </w:r>
      <w:proofErr w:type="spellEnd"/>
      <w:r w:rsidRPr="00630BAC">
        <w:rPr>
          <w:b/>
          <w:u w:val="single"/>
        </w:rPr>
        <w:t xml:space="preserve"> </w:t>
      </w:r>
      <w:proofErr w:type="spellStart"/>
      <w:r w:rsidRPr="00630BAC">
        <w:rPr>
          <w:b/>
          <w:u w:val="single"/>
        </w:rPr>
        <w:t>Dokumentacija</w:t>
      </w:r>
      <w:proofErr w:type="spellEnd"/>
      <w:r w:rsidRPr="00630BAC">
        <w:rPr>
          <w:b/>
          <w:u w:val="single"/>
        </w:rPr>
        <w:t xml:space="preserve"> za </w:t>
      </w:r>
      <w:proofErr w:type="spellStart"/>
      <w:r w:rsidRPr="00630BAC">
        <w:rPr>
          <w:b/>
          <w:u w:val="single"/>
        </w:rPr>
        <w:t>Apliciranje</w:t>
      </w:r>
      <w:proofErr w:type="spellEnd"/>
      <w:r w:rsidRPr="00630BAC">
        <w:rPr>
          <w:b/>
          <w:u w:val="single"/>
        </w:rPr>
        <w:t>:</w:t>
      </w:r>
    </w:p>
    <w:p w14:paraId="5865E1D3" w14:textId="29C21E25" w:rsidR="00630BAC" w:rsidRPr="00630BAC" w:rsidRDefault="00630BAC">
      <w:pPr>
        <w:pStyle w:val="NormalWeb"/>
        <w:numPr>
          <w:ilvl w:val="0"/>
          <w:numId w:val="7"/>
        </w:numPr>
        <w:jc w:val="both"/>
        <w:rPr>
          <w:bCs/>
          <w:u w:val="single"/>
        </w:rPr>
      </w:pPr>
      <w:proofErr w:type="spellStart"/>
      <w:r w:rsidRPr="00630BAC">
        <w:rPr>
          <w:bCs/>
          <w:u w:val="single"/>
        </w:rPr>
        <w:t>Zvanični</w:t>
      </w:r>
      <w:proofErr w:type="spellEnd"/>
      <w:r w:rsidRPr="00630BAC">
        <w:rPr>
          <w:bCs/>
          <w:u w:val="single"/>
        </w:rPr>
        <w:t xml:space="preserve"> formular za </w:t>
      </w:r>
      <w:proofErr w:type="spellStart"/>
      <w:r w:rsidRPr="00630BAC">
        <w:rPr>
          <w:bCs/>
          <w:u w:val="single"/>
        </w:rPr>
        <w:t>apliciranje</w:t>
      </w:r>
      <w:proofErr w:type="spellEnd"/>
      <w:r w:rsidRPr="00630BAC">
        <w:rPr>
          <w:bCs/>
          <w:u w:val="single"/>
        </w:rPr>
        <w:t xml:space="preserve"> (</w:t>
      </w:r>
      <w:proofErr w:type="spellStart"/>
      <w:r w:rsidRPr="00630BAC">
        <w:rPr>
          <w:bCs/>
          <w:u w:val="single"/>
        </w:rPr>
        <w:t>popunjen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i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potpisan</w:t>
      </w:r>
      <w:proofErr w:type="spellEnd"/>
      <w:r w:rsidRPr="00630BAC">
        <w:rPr>
          <w:bCs/>
          <w:u w:val="single"/>
        </w:rPr>
        <w:t>);</w:t>
      </w:r>
    </w:p>
    <w:p w14:paraId="5795514A" w14:textId="170B3A59" w:rsidR="00630BAC" w:rsidRPr="00630BAC" w:rsidRDefault="00630BAC">
      <w:pPr>
        <w:pStyle w:val="NormalWeb"/>
        <w:numPr>
          <w:ilvl w:val="0"/>
          <w:numId w:val="7"/>
        </w:numPr>
        <w:jc w:val="both"/>
        <w:rPr>
          <w:bCs/>
          <w:u w:val="single"/>
        </w:rPr>
      </w:pPr>
      <w:proofErr w:type="spellStart"/>
      <w:r w:rsidRPr="00630BAC">
        <w:rPr>
          <w:bCs/>
          <w:u w:val="single"/>
        </w:rPr>
        <w:t>Kopija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važeće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lične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karte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ili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pasoša</w:t>
      </w:r>
      <w:proofErr w:type="spellEnd"/>
      <w:r w:rsidRPr="00630BAC">
        <w:rPr>
          <w:bCs/>
          <w:u w:val="single"/>
        </w:rPr>
        <w:t>;</w:t>
      </w:r>
    </w:p>
    <w:p w14:paraId="165C6478" w14:textId="24CA380F" w:rsidR="00630BAC" w:rsidRPr="00630BAC" w:rsidRDefault="00630BAC">
      <w:pPr>
        <w:pStyle w:val="NormalWeb"/>
        <w:numPr>
          <w:ilvl w:val="0"/>
          <w:numId w:val="7"/>
        </w:numPr>
        <w:jc w:val="both"/>
        <w:rPr>
          <w:bCs/>
          <w:u w:val="single"/>
        </w:rPr>
      </w:pPr>
      <w:proofErr w:type="spellStart"/>
      <w:r w:rsidRPr="00630BAC">
        <w:rPr>
          <w:bCs/>
          <w:u w:val="single"/>
        </w:rPr>
        <w:t>Detaljan</w:t>
      </w:r>
      <w:proofErr w:type="spellEnd"/>
      <w:r w:rsidRPr="00630BAC">
        <w:rPr>
          <w:bCs/>
          <w:u w:val="single"/>
        </w:rPr>
        <w:t xml:space="preserve"> CV </w:t>
      </w:r>
      <w:proofErr w:type="spellStart"/>
      <w:r w:rsidRPr="00630BAC">
        <w:rPr>
          <w:bCs/>
          <w:u w:val="single"/>
        </w:rPr>
        <w:t>sa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radnim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iskustvom</w:t>
      </w:r>
      <w:proofErr w:type="spellEnd"/>
      <w:r w:rsidRPr="00630BAC">
        <w:rPr>
          <w:bCs/>
          <w:u w:val="single"/>
        </w:rPr>
        <w:t>;</w:t>
      </w:r>
    </w:p>
    <w:p w14:paraId="6453F249" w14:textId="050530AC" w:rsidR="00630BAC" w:rsidRPr="00630BAC" w:rsidRDefault="00630BAC">
      <w:pPr>
        <w:pStyle w:val="NormalWeb"/>
        <w:numPr>
          <w:ilvl w:val="0"/>
          <w:numId w:val="7"/>
        </w:numPr>
        <w:jc w:val="both"/>
        <w:rPr>
          <w:bCs/>
          <w:u w:val="single"/>
        </w:rPr>
      </w:pPr>
      <w:r w:rsidRPr="00630BAC">
        <w:rPr>
          <w:bCs/>
          <w:u w:val="single"/>
        </w:rPr>
        <w:t xml:space="preserve">Diploma </w:t>
      </w:r>
      <w:proofErr w:type="spellStart"/>
      <w:r w:rsidRPr="00630BAC">
        <w:rPr>
          <w:bCs/>
          <w:u w:val="single"/>
        </w:rPr>
        <w:t>i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dokazi</w:t>
      </w:r>
      <w:proofErr w:type="spellEnd"/>
      <w:r w:rsidRPr="00630BAC">
        <w:rPr>
          <w:bCs/>
          <w:u w:val="single"/>
        </w:rPr>
        <w:t xml:space="preserve"> o </w:t>
      </w:r>
      <w:proofErr w:type="spellStart"/>
      <w:r w:rsidRPr="00630BAC">
        <w:rPr>
          <w:bCs/>
          <w:u w:val="single"/>
        </w:rPr>
        <w:t>kvalifikacijama</w:t>
      </w:r>
      <w:proofErr w:type="spellEnd"/>
      <w:r w:rsidRPr="00630BAC">
        <w:rPr>
          <w:bCs/>
          <w:u w:val="single"/>
        </w:rPr>
        <w:t xml:space="preserve"> (</w:t>
      </w:r>
      <w:proofErr w:type="spellStart"/>
      <w:r w:rsidRPr="00630BAC">
        <w:rPr>
          <w:bCs/>
          <w:u w:val="single"/>
        </w:rPr>
        <w:t>diplome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stečene</w:t>
      </w:r>
      <w:proofErr w:type="spellEnd"/>
      <w:r w:rsidRPr="00630BAC">
        <w:rPr>
          <w:bCs/>
          <w:u w:val="single"/>
        </w:rPr>
        <w:t xml:space="preserve"> van </w:t>
      </w:r>
      <w:proofErr w:type="spellStart"/>
      <w:r w:rsidRPr="00630BAC">
        <w:rPr>
          <w:bCs/>
          <w:u w:val="single"/>
        </w:rPr>
        <w:t>Republike</w:t>
      </w:r>
      <w:proofErr w:type="spellEnd"/>
      <w:r w:rsidRPr="00630BAC">
        <w:rPr>
          <w:bCs/>
          <w:u w:val="single"/>
        </w:rPr>
        <w:t xml:space="preserve"> Kosovo </w:t>
      </w:r>
      <w:proofErr w:type="spellStart"/>
      <w:r w:rsidRPr="00630BAC">
        <w:rPr>
          <w:bCs/>
          <w:u w:val="single"/>
        </w:rPr>
        <w:t>moraju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biti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nostrifikovane</w:t>
      </w:r>
      <w:proofErr w:type="spellEnd"/>
      <w:r>
        <w:rPr>
          <w:bCs/>
          <w:u w:val="single"/>
        </w:rPr>
        <w:t xml:space="preserve"> </w:t>
      </w:r>
      <w:r w:rsidRPr="00630BAC">
        <w:rPr>
          <w:bCs/>
          <w:u w:val="single"/>
        </w:rPr>
        <w:t xml:space="preserve">od </w:t>
      </w:r>
      <w:proofErr w:type="spellStart"/>
      <w:r w:rsidRPr="00630BAC">
        <w:rPr>
          <w:bCs/>
          <w:u w:val="single"/>
        </w:rPr>
        <w:t>strane</w:t>
      </w:r>
      <w:proofErr w:type="spellEnd"/>
      <w:r w:rsidRPr="00630BAC">
        <w:rPr>
          <w:bCs/>
          <w:u w:val="single"/>
        </w:rPr>
        <w:t xml:space="preserve"> MAShTI);</w:t>
      </w:r>
    </w:p>
    <w:p w14:paraId="0382CA8B" w14:textId="1F2F262F" w:rsidR="00630BAC" w:rsidRPr="00630BAC" w:rsidRDefault="00630BAC">
      <w:pPr>
        <w:pStyle w:val="NormalWeb"/>
        <w:numPr>
          <w:ilvl w:val="0"/>
          <w:numId w:val="7"/>
        </w:numPr>
        <w:jc w:val="both"/>
        <w:rPr>
          <w:bCs/>
          <w:u w:val="single"/>
        </w:rPr>
      </w:pPr>
      <w:proofErr w:type="spellStart"/>
      <w:r w:rsidRPr="00630BAC">
        <w:rPr>
          <w:bCs/>
          <w:u w:val="single"/>
        </w:rPr>
        <w:t>Dokaz</w:t>
      </w:r>
      <w:proofErr w:type="spellEnd"/>
      <w:r w:rsidRPr="00630BAC">
        <w:rPr>
          <w:bCs/>
          <w:u w:val="single"/>
        </w:rPr>
        <w:t xml:space="preserve"> o </w:t>
      </w:r>
      <w:proofErr w:type="spellStart"/>
      <w:r w:rsidRPr="00630BAC">
        <w:rPr>
          <w:bCs/>
          <w:u w:val="single"/>
        </w:rPr>
        <w:t>radnom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iskustvu</w:t>
      </w:r>
      <w:proofErr w:type="spellEnd"/>
      <w:r w:rsidRPr="00630BAC">
        <w:rPr>
          <w:bCs/>
          <w:u w:val="single"/>
        </w:rPr>
        <w:t xml:space="preserve"> (</w:t>
      </w:r>
      <w:proofErr w:type="spellStart"/>
      <w:r w:rsidRPr="00630BAC">
        <w:rPr>
          <w:bCs/>
          <w:u w:val="single"/>
        </w:rPr>
        <w:t>ugovori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ili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potvrde</w:t>
      </w:r>
      <w:proofErr w:type="spellEnd"/>
      <w:r w:rsidRPr="00630BAC">
        <w:rPr>
          <w:bCs/>
          <w:u w:val="single"/>
        </w:rPr>
        <w:t xml:space="preserve">, </w:t>
      </w:r>
      <w:proofErr w:type="spellStart"/>
      <w:r w:rsidRPr="00630BAC">
        <w:rPr>
          <w:bCs/>
          <w:u w:val="single"/>
        </w:rPr>
        <w:t>i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izvod</w:t>
      </w:r>
      <w:proofErr w:type="spellEnd"/>
      <w:r w:rsidRPr="00630BAC">
        <w:rPr>
          <w:bCs/>
          <w:u w:val="single"/>
        </w:rPr>
        <w:t xml:space="preserve"> o </w:t>
      </w:r>
      <w:proofErr w:type="spellStart"/>
      <w:r w:rsidRPr="00630BAC">
        <w:rPr>
          <w:bCs/>
          <w:u w:val="single"/>
        </w:rPr>
        <w:t>penzijskim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doprinosima</w:t>
      </w:r>
      <w:proofErr w:type="spellEnd"/>
      <w:r w:rsidRPr="00630BAC">
        <w:rPr>
          <w:bCs/>
          <w:u w:val="single"/>
        </w:rPr>
        <w:t>);</w:t>
      </w:r>
    </w:p>
    <w:p w14:paraId="74AA84BE" w14:textId="6F910D3C" w:rsidR="00630BAC" w:rsidRPr="00630BAC" w:rsidRDefault="00630BAC">
      <w:pPr>
        <w:pStyle w:val="NormalWeb"/>
        <w:numPr>
          <w:ilvl w:val="0"/>
          <w:numId w:val="7"/>
        </w:numPr>
        <w:jc w:val="both"/>
        <w:rPr>
          <w:bCs/>
          <w:u w:val="single"/>
        </w:rPr>
      </w:pPr>
      <w:r w:rsidRPr="00630BAC">
        <w:rPr>
          <w:bCs/>
          <w:u w:val="single"/>
        </w:rPr>
        <w:t xml:space="preserve">Uverenje da </w:t>
      </w:r>
      <w:proofErr w:type="spellStart"/>
      <w:r w:rsidRPr="00630BAC">
        <w:rPr>
          <w:bCs/>
          <w:u w:val="single"/>
        </w:rPr>
        <w:t>kandidat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nije</w:t>
      </w:r>
      <w:proofErr w:type="spellEnd"/>
      <w:r w:rsidRPr="00630BAC">
        <w:rPr>
          <w:bCs/>
          <w:u w:val="single"/>
        </w:rPr>
        <w:t xml:space="preserve"> pod </w:t>
      </w:r>
      <w:proofErr w:type="spellStart"/>
      <w:r w:rsidRPr="00630BAC">
        <w:rPr>
          <w:bCs/>
          <w:u w:val="single"/>
        </w:rPr>
        <w:t>istragom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i</w:t>
      </w:r>
      <w:proofErr w:type="spellEnd"/>
      <w:r w:rsidRPr="00630BAC">
        <w:rPr>
          <w:bCs/>
          <w:u w:val="single"/>
        </w:rPr>
        <w:t xml:space="preserve"> da </w:t>
      </w:r>
      <w:proofErr w:type="spellStart"/>
      <w:r w:rsidRPr="00630BAC">
        <w:rPr>
          <w:bCs/>
          <w:u w:val="single"/>
        </w:rPr>
        <w:t>nije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osuđivan</w:t>
      </w:r>
      <w:proofErr w:type="spellEnd"/>
      <w:r w:rsidRPr="00630BAC">
        <w:rPr>
          <w:bCs/>
          <w:u w:val="single"/>
        </w:rPr>
        <w:t xml:space="preserve"> (ne </w:t>
      </w:r>
      <w:proofErr w:type="spellStart"/>
      <w:r w:rsidRPr="00630BAC">
        <w:rPr>
          <w:bCs/>
          <w:u w:val="single"/>
        </w:rPr>
        <w:t>starije</w:t>
      </w:r>
      <w:proofErr w:type="spellEnd"/>
      <w:r w:rsidRPr="00630BAC">
        <w:rPr>
          <w:bCs/>
          <w:u w:val="single"/>
        </w:rPr>
        <w:t xml:space="preserve"> od </w:t>
      </w:r>
      <w:proofErr w:type="spellStart"/>
      <w:r w:rsidRPr="00630BAC">
        <w:rPr>
          <w:bCs/>
          <w:u w:val="single"/>
        </w:rPr>
        <w:t>datuma</w:t>
      </w:r>
      <w:proofErr w:type="spellEnd"/>
      <w:r w:rsidRPr="00630BAC"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objavljivanja</w:t>
      </w:r>
      <w:proofErr w:type="spellEnd"/>
      <w:r>
        <w:rPr>
          <w:bCs/>
          <w:u w:val="single"/>
        </w:rPr>
        <w:t xml:space="preserve"> </w:t>
      </w:r>
      <w:proofErr w:type="spellStart"/>
      <w:r w:rsidRPr="00630BAC">
        <w:rPr>
          <w:bCs/>
          <w:u w:val="single"/>
        </w:rPr>
        <w:t>konkursa</w:t>
      </w:r>
      <w:proofErr w:type="spellEnd"/>
      <w:r w:rsidRPr="00630BAC">
        <w:rPr>
          <w:bCs/>
          <w:u w:val="single"/>
        </w:rPr>
        <w:t>);</w:t>
      </w:r>
    </w:p>
    <w:p w14:paraId="4CADEC09" w14:textId="06C8358D" w:rsidR="00630BAC" w:rsidRPr="00630BAC" w:rsidRDefault="00630BAC">
      <w:pPr>
        <w:pStyle w:val="NormalWeb"/>
        <w:numPr>
          <w:ilvl w:val="0"/>
          <w:numId w:val="7"/>
        </w:numPr>
        <w:jc w:val="both"/>
        <w:rPr>
          <w:bCs/>
          <w:u w:val="single"/>
        </w:rPr>
      </w:pPr>
      <w:proofErr w:type="spellStart"/>
      <w:r w:rsidRPr="00630BAC">
        <w:rPr>
          <w:bCs/>
          <w:u w:val="single"/>
        </w:rPr>
        <w:t>Motivaciono</w:t>
      </w:r>
      <w:proofErr w:type="spellEnd"/>
      <w:r w:rsidRPr="00630BAC">
        <w:rPr>
          <w:bCs/>
          <w:u w:val="single"/>
        </w:rPr>
        <w:t xml:space="preserve"> pismo.</w:t>
      </w:r>
    </w:p>
    <w:p w14:paraId="7F674616" w14:textId="5A60BFE0" w:rsidR="00776D5E" w:rsidRDefault="00776D5E" w:rsidP="00630BAC">
      <w:pPr>
        <w:pStyle w:val="NormalWeb"/>
        <w:jc w:val="both"/>
      </w:pPr>
      <w:proofErr w:type="spellStart"/>
      <w:r>
        <w:t>Kandidati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za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, </w:t>
      </w:r>
      <w:proofErr w:type="spellStart"/>
      <w:r>
        <w:t>potpune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konkursom</w:t>
      </w:r>
      <w:proofErr w:type="spellEnd"/>
      <w:r>
        <w:t xml:space="preserve"> </w:t>
      </w:r>
      <w:proofErr w:type="spellStart"/>
      <w:r>
        <w:t>usklađene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. </w:t>
      </w:r>
      <w:proofErr w:type="spellStart"/>
      <w:r>
        <w:t>Nedostavljanje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traženog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,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nepotpune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netačne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dovodi</w:t>
      </w:r>
      <w:proofErr w:type="spellEnd"/>
      <w:r>
        <w:t xml:space="preserve"> do </w:t>
      </w:r>
      <w:proofErr w:type="spellStart"/>
      <w:r>
        <w:t>diskvalifikacije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regrutacije</w:t>
      </w:r>
      <w:proofErr w:type="spellEnd"/>
      <w:r>
        <w:t>.</w:t>
      </w:r>
    </w:p>
    <w:p w14:paraId="37F8AB36" w14:textId="77777777" w:rsidR="00776D5E" w:rsidRDefault="00776D5E" w:rsidP="00776D5E">
      <w:pPr>
        <w:pStyle w:val="NormalWeb"/>
        <w:jc w:val="both"/>
      </w:pPr>
      <w:r>
        <w:t xml:space="preserve">KMDK </w:t>
      </w:r>
      <w:proofErr w:type="spellStart"/>
      <w:r>
        <w:t>Sh.A</w:t>
      </w:r>
      <w:proofErr w:type="spellEnd"/>
      <w:r>
        <w:t xml:space="preserve">. ne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nedostatke</w:t>
      </w:r>
      <w:proofErr w:type="spellEnd"/>
      <w:r>
        <w:t xml:space="preserve">, </w:t>
      </w:r>
      <w:proofErr w:type="spellStart"/>
      <w:r>
        <w:t>netačnost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nepotpunost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dostavljene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za </w:t>
      </w:r>
      <w:proofErr w:type="spellStart"/>
      <w:r>
        <w:t>administrativnim</w:t>
      </w:r>
      <w:proofErr w:type="spellEnd"/>
      <w:r>
        <w:t xml:space="preserve"> </w:t>
      </w:r>
      <w:proofErr w:type="spellStart"/>
      <w:r>
        <w:t>pojašnjenjima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dostavljenom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, KMDK </w:t>
      </w:r>
      <w:proofErr w:type="spellStart"/>
      <w:r>
        <w:t>Sh.A</w:t>
      </w:r>
      <w:proofErr w:type="spellEnd"/>
      <w:r>
        <w:t xml:space="preserve">.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dopunsku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za </w:t>
      </w:r>
      <w:proofErr w:type="spellStart"/>
      <w:r>
        <w:t>prijavu</w:t>
      </w:r>
      <w:proofErr w:type="spellEnd"/>
      <w:r>
        <w:t>.</w:t>
      </w:r>
    </w:p>
    <w:p w14:paraId="59CCFBC6" w14:textId="54FF47E3" w:rsidR="00776D5E" w:rsidRPr="00776D5E" w:rsidRDefault="00776D5E" w:rsidP="00776D5E">
      <w:pPr>
        <w:pStyle w:val="NormalWeb"/>
        <w:jc w:val="both"/>
        <w:rPr>
          <w:b/>
          <w:bCs/>
        </w:rPr>
      </w:pPr>
      <w:r w:rsidRPr="00776D5E">
        <w:rPr>
          <w:b/>
          <w:bCs/>
        </w:rPr>
        <w:t xml:space="preserve">Molimo vas da </w:t>
      </w:r>
      <w:proofErr w:type="spellStart"/>
      <w:r w:rsidRPr="00776D5E">
        <w:rPr>
          <w:b/>
          <w:bCs/>
        </w:rPr>
        <w:t>obezbedite</w:t>
      </w:r>
      <w:proofErr w:type="spellEnd"/>
      <w:r w:rsidRPr="00776D5E">
        <w:rPr>
          <w:b/>
          <w:bCs/>
        </w:rPr>
        <w:t xml:space="preserve"> da </w:t>
      </w:r>
      <w:proofErr w:type="spellStart"/>
      <w:r w:rsidRPr="00776D5E">
        <w:rPr>
          <w:b/>
          <w:bCs/>
        </w:rPr>
        <w:t>dokaz</w:t>
      </w:r>
      <w:proofErr w:type="spellEnd"/>
      <w:r w:rsidRPr="00776D5E">
        <w:rPr>
          <w:b/>
          <w:bCs/>
        </w:rPr>
        <w:t xml:space="preserve"> o </w:t>
      </w:r>
      <w:proofErr w:type="spellStart"/>
      <w:r w:rsidRPr="00776D5E">
        <w:rPr>
          <w:b/>
          <w:bCs/>
        </w:rPr>
        <w:t>profesionalnom</w:t>
      </w:r>
      <w:proofErr w:type="spellEnd"/>
      <w:r w:rsidRPr="00776D5E">
        <w:rPr>
          <w:b/>
          <w:bCs/>
        </w:rPr>
        <w:t xml:space="preserve"> </w:t>
      </w:r>
      <w:proofErr w:type="spellStart"/>
      <w:r w:rsidRPr="00776D5E">
        <w:rPr>
          <w:b/>
          <w:bCs/>
        </w:rPr>
        <w:t>iskustvu</w:t>
      </w:r>
      <w:proofErr w:type="spellEnd"/>
      <w:r w:rsidRPr="00776D5E">
        <w:rPr>
          <w:b/>
          <w:bCs/>
        </w:rPr>
        <w:t xml:space="preserve"> (minimum </w:t>
      </w:r>
      <w:r w:rsidR="00776784">
        <w:rPr>
          <w:b/>
          <w:bCs/>
        </w:rPr>
        <w:t>3</w:t>
      </w:r>
      <w:r w:rsidRPr="00776D5E">
        <w:rPr>
          <w:b/>
          <w:bCs/>
        </w:rPr>
        <w:t xml:space="preserve"> </w:t>
      </w:r>
      <w:proofErr w:type="spellStart"/>
      <w:r w:rsidRPr="00776D5E">
        <w:rPr>
          <w:b/>
          <w:bCs/>
        </w:rPr>
        <w:t>godine</w:t>
      </w:r>
      <w:proofErr w:type="spellEnd"/>
      <w:r w:rsidRPr="00776D5E">
        <w:rPr>
          <w:b/>
          <w:bCs/>
        </w:rPr>
        <w:t xml:space="preserve">) </w:t>
      </w:r>
      <w:proofErr w:type="spellStart"/>
      <w:r w:rsidRPr="00776D5E">
        <w:rPr>
          <w:b/>
          <w:bCs/>
        </w:rPr>
        <w:t>sadrži</w:t>
      </w:r>
      <w:proofErr w:type="spellEnd"/>
      <w:r w:rsidRPr="00776D5E">
        <w:rPr>
          <w:b/>
          <w:bCs/>
        </w:rPr>
        <w:t xml:space="preserve"> </w:t>
      </w:r>
      <w:proofErr w:type="spellStart"/>
      <w:r w:rsidRPr="00776D5E">
        <w:rPr>
          <w:b/>
          <w:bCs/>
        </w:rPr>
        <w:t>ugovor</w:t>
      </w:r>
      <w:proofErr w:type="spellEnd"/>
      <w:r w:rsidRPr="00776D5E">
        <w:rPr>
          <w:b/>
          <w:bCs/>
        </w:rPr>
        <w:t xml:space="preserve"> o </w:t>
      </w:r>
      <w:proofErr w:type="spellStart"/>
      <w:r w:rsidRPr="00776D5E">
        <w:rPr>
          <w:b/>
          <w:bCs/>
        </w:rPr>
        <w:t>radu</w:t>
      </w:r>
      <w:proofErr w:type="spellEnd"/>
      <w:r w:rsidRPr="00776D5E">
        <w:rPr>
          <w:b/>
          <w:bCs/>
        </w:rPr>
        <w:t xml:space="preserve"> </w:t>
      </w:r>
      <w:proofErr w:type="spellStart"/>
      <w:r w:rsidRPr="00776D5E">
        <w:rPr>
          <w:b/>
          <w:bCs/>
        </w:rPr>
        <w:t>ili</w:t>
      </w:r>
      <w:proofErr w:type="spellEnd"/>
      <w:r w:rsidRPr="00776D5E">
        <w:rPr>
          <w:b/>
          <w:bCs/>
        </w:rPr>
        <w:t xml:space="preserve"> </w:t>
      </w:r>
      <w:proofErr w:type="spellStart"/>
      <w:r w:rsidRPr="00776D5E">
        <w:rPr>
          <w:b/>
          <w:bCs/>
        </w:rPr>
        <w:t>potvrdu</w:t>
      </w:r>
      <w:proofErr w:type="spellEnd"/>
      <w:r w:rsidRPr="00776D5E">
        <w:rPr>
          <w:b/>
          <w:bCs/>
        </w:rPr>
        <w:t xml:space="preserve"> o </w:t>
      </w:r>
      <w:proofErr w:type="spellStart"/>
      <w:r w:rsidRPr="00776D5E">
        <w:rPr>
          <w:b/>
          <w:bCs/>
        </w:rPr>
        <w:t>zaposlenju</w:t>
      </w:r>
      <w:proofErr w:type="spellEnd"/>
      <w:r w:rsidRPr="00776D5E">
        <w:rPr>
          <w:b/>
          <w:bCs/>
        </w:rPr>
        <w:t xml:space="preserve">, </w:t>
      </w:r>
      <w:proofErr w:type="spellStart"/>
      <w:r w:rsidRPr="00776D5E">
        <w:rPr>
          <w:b/>
          <w:bCs/>
        </w:rPr>
        <w:t>zajedno</w:t>
      </w:r>
      <w:proofErr w:type="spellEnd"/>
      <w:r w:rsidRPr="00776D5E">
        <w:rPr>
          <w:b/>
          <w:bCs/>
        </w:rPr>
        <w:t xml:space="preserve"> </w:t>
      </w:r>
      <w:proofErr w:type="spellStart"/>
      <w:r w:rsidRPr="00776D5E">
        <w:rPr>
          <w:b/>
          <w:bCs/>
        </w:rPr>
        <w:t>sa</w:t>
      </w:r>
      <w:proofErr w:type="spellEnd"/>
      <w:r w:rsidRPr="00776D5E">
        <w:rPr>
          <w:b/>
          <w:bCs/>
        </w:rPr>
        <w:t xml:space="preserve"> </w:t>
      </w:r>
      <w:proofErr w:type="spellStart"/>
      <w:r w:rsidRPr="00776D5E">
        <w:rPr>
          <w:b/>
          <w:bCs/>
        </w:rPr>
        <w:t>izvodom</w:t>
      </w:r>
      <w:proofErr w:type="spellEnd"/>
      <w:r w:rsidRPr="00776D5E">
        <w:rPr>
          <w:b/>
          <w:bCs/>
        </w:rPr>
        <w:t xml:space="preserve"> o </w:t>
      </w:r>
      <w:proofErr w:type="spellStart"/>
      <w:r w:rsidRPr="00776D5E">
        <w:rPr>
          <w:b/>
          <w:bCs/>
        </w:rPr>
        <w:t>penzijskim</w:t>
      </w:r>
      <w:proofErr w:type="spellEnd"/>
      <w:r w:rsidRPr="00776D5E">
        <w:rPr>
          <w:b/>
          <w:bCs/>
        </w:rPr>
        <w:t xml:space="preserve"> </w:t>
      </w:r>
      <w:proofErr w:type="spellStart"/>
      <w:r w:rsidRPr="00776D5E">
        <w:rPr>
          <w:b/>
          <w:bCs/>
        </w:rPr>
        <w:t>doprinosima</w:t>
      </w:r>
      <w:proofErr w:type="spellEnd"/>
      <w:r w:rsidRPr="00776D5E">
        <w:rPr>
          <w:b/>
          <w:bCs/>
        </w:rPr>
        <w:t xml:space="preserve"> (Trust).</w:t>
      </w:r>
    </w:p>
    <w:p w14:paraId="3B47552E" w14:textId="77777777" w:rsidR="006C0B0B" w:rsidRPr="00AF1707" w:rsidRDefault="006C0B0B" w:rsidP="006C0B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</w:pPr>
      <w:proofErr w:type="spellStart"/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  <w:t>Način</w:t>
      </w:r>
      <w:proofErr w:type="spellEnd"/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  <w:t xml:space="preserve"> </w:t>
      </w:r>
      <w:proofErr w:type="spellStart"/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  <w:t>ocenjivanja</w:t>
      </w:r>
      <w:proofErr w:type="spellEnd"/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  <w:t xml:space="preserve"> i </w:t>
      </w:r>
      <w:proofErr w:type="spellStart"/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  <w:t>kriterijumi</w:t>
      </w:r>
      <w:proofErr w:type="spellEnd"/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  <w:t xml:space="preserve"> </w:t>
      </w:r>
      <w:proofErr w:type="spellStart"/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  <w:t>bodovanja</w:t>
      </w:r>
      <w:proofErr w:type="spellEnd"/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  <w:t>:</w:t>
      </w:r>
    </w:p>
    <w:p w14:paraId="3A9B9EA7" w14:textId="77777777" w:rsidR="006C0B0B" w:rsidRPr="00AF1707" w:rsidRDefault="006C0B0B" w:rsidP="006C0B0B">
      <w:pPr>
        <w:rPr>
          <w:rFonts w:ascii="Times New Roman" w:hAnsi="Times New Roman" w:cs="Times New Roman"/>
          <w:sz w:val="24"/>
          <w:szCs w:val="24"/>
        </w:rPr>
      </w:pPr>
    </w:p>
    <w:p w14:paraId="047A8F6B" w14:textId="77777777" w:rsidR="00776D5E" w:rsidRPr="00776D5E" w:rsidRDefault="00776D5E" w:rsidP="00776D5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6D5E">
        <w:rPr>
          <w:rFonts w:ascii="Times New Roman" w:hAnsi="Times New Roman" w:cs="Times New Roman"/>
          <w:sz w:val="24"/>
          <w:szCs w:val="24"/>
        </w:rPr>
        <w:t>Vrednovanje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prijava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javni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konkurs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u KMDK-u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sto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(100)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bodova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čemu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prolaznost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ostvarivanje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pedeset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procenata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(50%)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bodova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faza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konkursa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Kriterijumi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bodovanja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biografija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(CV)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kandidata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vrednuje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se do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deset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(10)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bodova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pismeni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test do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šezdeset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(60)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bodova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76D5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intervju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trideset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(30)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bodova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>.</w:t>
      </w:r>
    </w:p>
    <w:p w14:paraId="6CDCBF27" w14:textId="77777777" w:rsidR="00776D5E" w:rsidRPr="00776D5E" w:rsidRDefault="00776D5E" w:rsidP="00776D5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6D5E">
        <w:rPr>
          <w:rFonts w:ascii="Times New Roman" w:hAnsi="Times New Roman" w:cs="Times New Roman"/>
          <w:b/>
          <w:bCs/>
          <w:sz w:val="24"/>
          <w:szCs w:val="24"/>
        </w:rPr>
        <w:t>Napomena</w:t>
      </w:r>
      <w:proofErr w:type="spellEnd"/>
      <w:r w:rsidRPr="00776D5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poslate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poštom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nose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poštanski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pečat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datumom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poslednjeg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smatraće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važećim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biće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razmatrane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stignu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od tri </w:t>
      </w:r>
      <w:r w:rsidRPr="00776D5E">
        <w:rPr>
          <w:rFonts w:ascii="Times New Roman" w:hAnsi="Times New Roman" w:cs="Times New Roman"/>
          <w:sz w:val="24"/>
          <w:szCs w:val="24"/>
        </w:rPr>
        <w:lastRenderedPageBreak/>
        <w:t xml:space="preserve">(3) dana.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pristignu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nepotpune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odgovarajuće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neće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razmatrane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>.</w:t>
      </w:r>
    </w:p>
    <w:p w14:paraId="0201ED30" w14:textId="159181A2" w:rsidR="000D1BB6" w:rsidRPr="000D1BB6" w:rsidRDefault="000D1BB6" w:rsidP="000D1BB6">
      <w:pPr>
        <w:rPr>
          <w:rFonts w:ascii="Times New Roman" w:hAnsi="Times New Roman" w:cs="Times New Roman"/>
          <w:sz w:val="24"/>
          <w:szCs w:val="24"/>
        </w:rPr>
      </w:pPr>
      <w:r w:rsidRPr="000D1BB6">
        <w:rPr>
          <w:rFonts w:ascii="Times New Roman" w:hAnsi="Times New Roman" w:cs="Times New Roman"/>
          <w:sz w:val="24"/>
          <w:szCs w:val="24"/>
        </w:rPr>
        <w:t xml:space="preserve">Rok za </w:t>
      </w:r>
      <w:proofErr w:type="spellStart"/>
      <w:r w:rsidRPr="000D1BB6">
        <w:rPr>
          <w:rFonts w:ascii="Times New Roman" w:hAnsi="Times New Roman" w:cs="Times New Roman"/>
          <w:sz w:val="24"/>
          <w:szCs w:val="24"/>
        </w:rPr>
        <w:t>podnošenje</w:t>
      </w:r>
      <w:proofErr w:type="spellEnd"/>
      <w:r w:rsidRPr="000D1B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BB6">
        <w:rPr>
          <w:rFonts w:ascii="Times New Roman" w:hAnsi="Times New Roman" w:cs="Times New Roman"/>
          <w:sz w:val="24"/>
          <w:szCs w:val="24"/>
        </w:rPr>
        <w:t>prijava</w:t>
      </w:r>
      <w:proofErr w:type="spellEnd"/>
      <w:r w:rsidRPr="000D1BB6">
        <w:rPr>
          <w:rFonts w:ascii="Times New Roman" w:hAnsi="Times New Roman" w:cs="Times New Roman"/>
          <w:sz w:val="24"/>
          <w:szCs w:val="24"/>
        </w:rPr>
        <w:t xml:space="preserve"> je do </w:t>
      </w:r>
      <w:r w:rsidR="000C3215">
        <w:rPr>
          <w:rFonts w:ascii="Times New Roman" w:hAnsi="Times New Roman" w:cs="Times New Roman"/>
          <w:sz w:val="24"/>
          <w:szCs w:val="24"/>
        </w:rPr>
        <w:t>19.10</w:t>
      </w:r>
      <w:r w:rsidRPr="000D1BB6">
        <w:rPr>
          <w:rFonts w:ascii="Times New Roman" w:hAnsi="Times New Roman" w:cs="Times New Roman"/>
          <w:sz w:val="24"/>
          <w:szCs w:val="24"/>
        </w:rPr>
        <w:t xml:space="preserve">.2026. </w:t>
      </w:r>
      <w:proofErr w:type="spellStart"/>
      <w:r w:rsidRPr="000D1BB6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0D1BB6">
        <w:rPr>
          <w:rFonts w:ascii="Times New Roman" w:hAnsi="Times New Roman" w:cs="Times New Roman"/>
          <w:sz w:val="24"/>
          <w:szCs w:val="24"/>
        </w:rPr>
        <w:t xml:space="preserve">, do 16:00 </w:t>
      </w:r>
      <w:proofErr w:type="spellStart"/>
      <w:r w:rsidRPr="000D1BB6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Pr="000D1BB6">
        <w:rPr>
          <w:rFonts w:ascii="Times New Roman" w:hAnsi="Times New Roman" w:cs="Times New Roman"/>
          <w:sz w:val="24"/>
          <w:szCs w:val="24"/>
        </w:rPr>
        <w:t>.</w:t>
      </w:r>
    </w:p>
    <w:p w14:paraId="611CC554" w14:textId="5C38F3DD" w:rsidR="00776784" w:rsidRDefault="00776D5E" w:rsidP="0004289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76D5E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detaljnije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kontaktirati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Kancelariju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ljudske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KMDK-a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telefona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038 600–552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elektronske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D5E">
        <w:rPr>
          <w:rFonts w:ascii="Times New Roman" w:hAnsi="Times New Roman" w:cs="Times New Roman"/>
          <w:sz w:val="24"/>
          <w:szCs w:val="24"/>
        </w:rPr>
        <w:t>adrese</w:t>
      </w:r>
      <w:proofErr w:type="spellEnd"/>
      <w:r w:rsidRPr="00776D5E">
        <w:rPr>
          <w:rFonts w:ascii="Times New Roman" w:hAnsi="Times New Roman" w:cs="Times New Roman"/>
          <w:sz w:val="24"/>
          <w:szCs w:val="24"/>
        </w:rPr>
        <w:t>: burimetnjerzore@kmdk-ks.org.</w:t>
      </w:r>
    </w:p>
    <w:p w14:paraId="30EB7D8E" w14:textId="053A4584" w:rsidR="003D342B" w:rsidRPr="00776784" w:rsidRDefault="003D342B" w:rsidP="0077678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3D342B" w:rsidRPr="0077678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07CE" w14:textId="77777777" w:rsidR="00B0287B" w:rsidRDefault="00B0287B" w:rsidP="000C3215">
      <w:pPr>
        <w:spacing w:after="0" w:line="240" w:lineRule="auto"/>
      </w:pPr>
      <w:r>
        <w:separator/>
      </w:r>
    </w:p>
  </w:endnote>
  <w:endnote w:type="continuationSeparator" w:id="0">
    <w:p w14:paraId="59D43EE7" w14:textId="77777777" w:rsidR="00B0287B" w:rsidRDefault="00B0287B" w:rsidP="000C3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79943" w14:textId="77777777" w:rsidR="00B0287B" w:rsidRDefault="00B0287B" w:rsidP="000C3215">
      <w:pPr>
        <w:spacing w:after="0" w:line="240" w:lineRule="auto"/>
      </w:pPr>
      <w:r>
        <w:separator/>
      </w:r>
    </w:p>
  </w:footnote>
  <w:footnote w:type="continuationSeparator" w:id="0">
    <w:p w14:paraId="3F555549" w14:textId="77777777" w:rsidR="00B0287B" w:rsidRDefault="00B0287B" w:rsidP="000C32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9F831DB"/>
    <w:multiLevelType w:val="hybridMultilevel"/>
    <w:tmpl w:val="BC58F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0406E"/>
    <w:multiLevelType w:val="hybridMultilevel"/>
    <w:tmpl w:val="F230D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405D7"/>
    <w:multiLevelType w:val="hybridMultilevel"/>
    <w:tmpl w:val="5DBEAF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6027EE"/>
    <w:multiLevelType w:val="hybridMultilevel"/>
    <w:tmpl w:val="A7841694"/>
    <w:lvl w:ilvl="0" w:tplc="F9166B74">
      <w:numFmt w:val="bullet"/>
      <w:lvlText w:val=""/>
      <w:lvlJc w:val="left"/>
      <w:pPr>
        <w:ind w:left="768" w:hanging="408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64F56"/>
    <w:multiLevelType w:val="hybridMultilevel"/>
    <w:tmpl w:val="DA84BA16"/>
    <w:lvl w:ilvl="0" w:tplc="F9166B74">
      <w:numFmt w:val="bullet"/>
      <w:lvlText w:val=""/>
      <w:lvlJc w:val="left"/>
      <w:pPr>
        <w:ind w:left="1128" w:hanging="408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D0F19FD"/>
    <w:multiLevelType w:val="hybridMultilevel"/>
    <w:tmpl w:val="F216B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634CC0"/>
    <w:multiLevelType w:val="hybridMultilevel"/>
    <w:tmpl w:val="9D3EDACE"/>
    <w:lvl w:ilvl="0" w:tplc="3D22D4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071FCF"/>
    <w:multiLevelType w:val="hybridMultilevel"/>
    <w:tmpl w:val="19202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956492">
    <w:abstractNumId w:val="5"/>
  </w:num>
  <w:num w:numId="2" w16cid:durableId="597182754">
    <w:abstractNumId w:val="3"/>
  </w:num>
  <w:num w:numId="3" w16cid:durableId="998390026">
    <w:abstractNumId w:val="2"/>
  </w:num>
  <w:num w:numId="4" w16cid:durableId="2134593302">
    <w:abstractNumId w:val="4"/>
  </w:num>
  <w:num w:numId="5" w16cid:durableId="2006398878">
    <w:abstractNumId w:val="1"/>
  </w:num>
  <w:num w:numId="6" w16cid:durableId="1012295240">
    <w:abstractNumId w:val="0"/>
  </w:num>
  <w:num w:numId="7" w16cid:durableId="1100759433">
    <w:abstractNumId w:val="11"/>
  </w:num>
  <w:num w:numId="8" w16cid:durableId="1624918424">
    <w:abstractNumId w:val="12"/>
  </w:num>
  <w:num w:numId="9" w16cid:durableId="294456510">
    <w:abstractNumId w:val="6"/>
  </w:num>
  <w:num w:numId="10" w16cid:durableId="948196777">
    <w:abstractNumId w:val="9"/>
  </w:num>
  <w:num w:numId="11" w16cid:durableId="319818844">
    <w:abstractNumId w:val="10"/>
  </w:num>
  <w:num w:numId="12" w16cid:durableId="2052995993">
    <w:abstractNumId w:val="8"/>
  </w:num>
  <w:num w:numId="13" w16cid:durableId="747118763">
    <w:abstractNumId w:val="13"/>
  </w:num>
  <w:num w:numId="14" w16cid:durableId="1746805625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0D66"/>
    <w:rsid w:val="00014183"/>
    <w:rsid w:val="00034616"/>
    <w:rsid w:val="0004289C"/>
    <w:rsid w:val="0006063C"/>
    <w:rsid w:val="000B3E28"/>
    <w:rsid w:val="000C3215"/>
    <w:rsid w:val="000D1BB6"/>
    <w:rsid w:val="00121258"/>
    <w:rsid w:val="0013275B"/>
    <w:rsid w:val="0015074B"/>
    <w:rsid w:val="00184250"/>
    <w:rsid w:val="00194E24"/>
    <w:rsid w:val="00214993"/>
    <w:rsid w:val="0029639D"/>
    <w:rsid w:val="00297509"/>
    <w:rsid w:val="002F7155"/>
    <w:rsid w:val="00326F90"/>
    <w:rsid w:val="00364C94"/>
    <w:rsid w:val="00396EBA"/>
    <w:rsid w:val="003D342B"/>
    <w:rsid w:val="004E6376"/>
    <w:rsid w:val="005A49DC"/>
    <w:rsid w:val="005E1D48"/>
    <w:rsid w:val="005F333B"/>
    <w:rsid w:val="00630BAC"/>
    <w:rsid w:val="00636B94"/>
    <w:rsid w:val="006C0B0B"/>
    <w:rsid w:val="00776784"/>
    <w:rsid w:val="00776D5E"/>
    <w:rsid w:val="007D541D"/>
    <w:rsid w:val="007F14A6"/>
    <w:rsid w:val="00821498"/>
    <w:rsid w:val="0087447E"/>
    <w:rsid w:val="00937A4F"/>
    <w:rsid w:val="00944F03"/>
    <w:rsid w:val="00A85596"/>
    <w:rsid w:val="00AA1D8D"/>
    <w:rsid w:val="00AE0172"/>
    <w:rsid w:val="00AE7BE2"/>
    <w:rsid w:val="00AF1707"/>
    <w:rsid w:val="00B0287B"/>
    <w:rsid w:val="00B41D80"/>
    <w:rsid w:val="00B47730"/>
    <w:rsid w:val="00BA2B7B"/>
    <w:rsid w:val="00C219EF"/>
    <w:rsid w:val="00C24394"/>
    <w:rsid w:val="00C26C19"/>
    <w:rsid w:val="00C575E5"/>
    <w:rsid w:val="00CA1CA9"/>
    <w:rsid w:val="00CA648B"/>
    <w:rsid w:val="00CB0664"/>
    <w:rsid w:val="00CC6028"/>
    <w:rsid w:val="00CD6F6D"/>
    <w:rsid w:val="00CE5D8A"/>
    <w:rsid w:val="00D03072"/>
    <w:rsid w:val="00D56FE9"/>
    <w:rsid w:val="00EC2061"/>
    <w:rsid w:val="00F107FF"/>
    <w:rsid w:val="00F53A41"/>
    <w:rsid w:val="00F5704F"/>
    <w:rsid w:val="00FC5C6B"/>
    <w:rsid w:val="00FC693F"/>
    <w:rsid w:val="00FE562B"/>
    <w:rsid w:val="00FF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DB9FB9"/>
  <w14:defaultImageDpi w14:val="300"/>
  <w15:docId w15:val="{520DA324-8901-49F4-BD1A-F0194A66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93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212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7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urimetnjerzore@kmdk-k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C579C3-61F9-44E6-8504-FEDAB8B2A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2365</TotalTime>
  <Pages>4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Leonita Gojani</cp:lastModifiedBy>
  <cp:revision>38</cp:revision>
  <dcterms:created xsi:type="dcterms:W3CDTF">2025-09-04T10:17:00Z</dcterms:created>
  <dcterms:modified xsi:type="dcterms:W3CDTF">2026-09-28T13:35:00Z</dcterms:modified>
  <cp:category/>
</cp:coreProperties>
</file>